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6EF26" w14:textId="77777777" w:rsidR="00A41DCF" w:rsidRPr="000C4DE6" w:rsidRDefault="00000000">
      <w:pPr>
        <w:spacing w:after="40" w:line="240" w:lineRule="auto"/>
        <w:rPr>
          <w:rFonts w:ascii="Yu Gothic" w:eastAsia="Yu Gothic" w:hAnsi="Yu Gothic"/>
          <w:lang w:eastAsia="ja-JP"/>
        </w:rPr>
      </w:pPr>
      <w:r w:rsidRPr="000C4DE6">
        <w:rPr>
          <w:rFonts w:ascii="Yu Gothic" w:eastAsia="Yu Gothic" w:hAnsi="Yu Gothic"/>
          <w:sz w:val="18"/>
          <w:lang w:eastAsia="ja-JP"/>
        </w:rPr>
        <w:t>第1号様式</w:t>
      </w:r>
    </w:p>
    <w:p w14:paraId="75E17412" w14:textId="77777777" w:rsidR="00A41DCF" w:rsidRPr="000C4DE6" w:rsidRDefault="00000000">
      <w:pPr>
        <w:spacing w:after="160" w:line="240" w:lineRule="auto"/>
        <w:jc w:val="center"/>
        <w:rPr>
          <w:rFonts w:ascii="Yu Gothic" w:eastAsia="Yu Gothic" w:hAnsi="Yu Gothic"/>
          <w:lang w:eastAsia="ja-JP"/>
        </w:rPr>
      </w:pPr>
      <w:r w:rsidRPr="000C4DE6">
        <w:rPr>
          <w:rFonts w:ascii="Yu Gothic" w:eastAsia="Yu Gothic" w:hAnsi="Yu Gothic"/>
          <w:b/>
          <w:sz w:val="32"/>
          <w:lang w:eastAsia="ja-JP"/>
        </w:rPr>
        <w:t>洞爺湖有珠火山マイスター認定審査申込書</w:t>
      </w:r>
    </w:p>
    <w:p w14:paraId="652ECCA0" w14:textId="77777777" w:rsidR="00A41DCF" w:rsidRPr="000C4DE6" w:rsidRDefault="00000000">
      <w:pPr>
        <w:spacing w:after="160" w:line="240" w:lineRule="auto"/>
        <w:rPr>
          <w:rFonts w:ascii="Yu Gothic" w:eastAsia="Yu Gothic" w:hAnsi="Yu Gothic"/>
          <w:lang w:eastAsia="ja-JP"/>
        </w:rPr>
      </w:pPr>
      <w:r w:rsidRPr="000C4DE6">
        <w:rPr>
          <w:rFonts w:ascii="Yu Gothic" w:eastAsia="Yu Gothic" w:hAnsi="Yu Gothic"/>
          <w:lang w:eastAsia="ja-JP"/>
        </w:rPr>
        <w:t>洞爺湖有珠火山マイスター運営委員会　様</w:t>
      </w:r>
    </w:p>
    <w:p w14:paraId="4F6CFA27" w14:textId="77777777" w:rsidR="00A41DCF" w:rsidRPr="000C4DE6" w:rsidRDefault="00000000">
      <w:pPr>
        <w:spacing w:after="160" w:line="240" w:lineRule="auto"/>
        <w:rPr>
          <w:rFonts w:ascii="Yu Gothic" w:eastAsia="Yu Gothic" w:hAnsi="Yu Gothic"/>
          <w:lang w:eastAsia="ja-JP"/>
        </w:rPr>
      </w:pPr>
      <w:r w:rsidRPr="000C4DE6">
        <w:rPr>
          <w:rFonts w:ascii="Yu Gothic" w:eastAsia="Yu Gothic" w:hAnsi="Yu Gothic"/>
          <w:lang w:eastAsia="ja-JP"/>
        </w:rPr>
        <w:t>次のとおり、洞爺湖有珠火山マイスター認定審査を申し込みます。</w:t>
      </w: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437"/>
        <w:gridCol w:w="7599"/>
      </w:tblGrid>
      <w:tr w:rsidR="00A41DCF" w:rsidRPr="000C4DE6" w14:paraId="1BE67F01" w14:textId="77777777" w:rsidTr="00E15828">
        <w:trPr>
          <w:trHeight w:hRule="exact" w:val="538"/>
          <w:jc w:val="center"/>
        </w:trPr>
        <w:tc>
          <w:tcPr>
            <w:tcW w:w="2437" w:type="dxa"/>
            <w:shd w:val="clear" w:color="auto" w:fill="F2F2F2"/>
            <w:vAlign w:val="center"/>
          </w:tcPr>
          <w:p w14:paraId="22C596D1" w14:textId="77777777" w:rsidR="00A41DCF" w:rsidRPr="006157DB" w:rsidRDefault="00000000">
            <w:pPr>
              <w:spacing w:after="0" w:line="240" w:lineRule="auto"/>
              <w:jc w:val="center"/>
              <w:rPr>
                <w:rFonts w:ascii="Yu Gothic" w:eastAsia="Yu Gothic" w:hAnsi="Yu Gothic"/>
                <w:sz w:val="19"/>
                <w:szCs w:val="19"/>
              </w:rPr>
            </w:pPr>
            <w:proofErr w:type="spellStart"/>
            <w:r w:rsidRPr="006157DB">
              <w:rPr>
                <w:rFonts w:ascii="Yu Gothic" w:eastAsia="Yu Gothic" w:hAnsi="Yu Gothic"/>
                <w:b/>
                <w:sz w:val="19"/>
                <w:szCs w:val="19"/>
              </w:rPr>
              <w:t>申請日</w:t>
            </w:r>
            <w:proofErr w:type="spellEnd"/>
          </w:p>
        </w:tc>
        <w:tc>
          <w:tcPr>
            <w:tcW w:w="7599" w:type="dxa"/>
            <w:vAlign w:val="center"/>
          </w:tcPr>
          <w:p w14:paraId="113791F1" w14:textId="24D15B83" w:rsidR="00A41DCF" w:rsidRPr="006157DB" w:rsidRDefault="00000000" w:rsidP="006157DB">
            <w:pPr>
              <w:spacing w:after="0" w:line="240" w:lineRule="auto"/>
              <w:rPr>
                <w:rFonts w:ascii="Yu Gothic" w:eastAsia="Yu Gothic" w:hAnsi="Yu Gothic"/>
                <w:szCs w:val="20"/>
              </w:rPr>
            </w:pPr>
            <w:proofErr w:type="spellStart"/>
            <w:r w:rsidRPr="006157DB">
              <w:rPr>
                <w:rFonts w:ascii="Yu Gothic" w:eastAsia="Yu Gothic" w:hAnsi="Yu Gothic"/>
                <w:szCs w:val="20"/>
              </w:rPr>
              <w:t>令和</w:t>
            </w:r>
            <w:proofErr w:type="spellEnd"/>
            <w:r w:rsidRPr="006157DB">
              <w:rPr>
                <w:rFonts w:ascii="Yu Gothic" w:eastAsia="Yu Gothic" w:hAnsi="Yu Gothic"/>
                <w:szCs w:val="20"/>
              </w:rPr>
              <w:t xml:space="preserve">　　　年　　月　　日</w:t>
            </w:r>
          </w:p>
        </w:tc>
      </w:tr>
      <w:tr w:rsidR="00A41DCF" w:rsidRPr="000C4DE6" w14:paraId="52C83C86" w14:textId="77777777" w:rsidTr="00E15828">
        <w:trPr>
          <w:trHeight w:hRule="exact" w:val="538"/>
          <w:jc w:val="center"/>
        </w:trPr>
        <w:tc>
          <w:tcPr>
            <w:tcW w:w="2437" w:type="dxa"/>
            <w:shd w:val="clear" w:color="auto" w:fill="F2F2F2"/>
            <w:vAlign w:val="center"/>
          </w:tcPr>
          <w:p w14:paraId="74A30288" w14:textId="77777777" w:rsidR="00A41DCF" w:rsidRPr="006157DB" w:rsidRDefault="00000000">
            <w:pPr>
              <w:spacing w:after="0" w:line="240" w:lineRule="auto"/>
              <w:jc w:val="center"/>
              <w:rPr>
                <w:rFonts w:ascii="Yu Gothic" w:eastAsia="Yu Gothic" w:hAnsi="Yu Gothic"/>
                <w:sz w:val="19"/>
                <w:szCs w:val="19"/>
              </w:rPr>
            </w:pPr>
            <w:r w:rsidRPr="006157DB">
              <w:rPr>
                <w:rFonts w:ascii="Yu Gothic" w:eastAsia="Yu Gothic" w:hAnsi="Yu Gothic"/>
                <w:b/>
                <w:sz w:val="19"/>
                <w:szCs w:val="19"/>
              </w:rPr>
              <w:t>氏名（ふりがな）</w:t>
            </w:r>
          </w:p>
        </w:tc>
        <w:tc>
          <w:tcPr>
            <w:tcW w:w="7599" w:type="dxa"/>
            <w:vAlign w:val="center"/>
          </w:tcPr>
          <w:p w14:paraId="2CA50BF3" w14:textId="77777777" w:rsidR="00A41DCF" w:rsidRPr="006157DB" w:rsidRDefault="00A41DCF" w:rsidP="006157DB">
            <w:pPr>
              <w:spacing w:after="0" w:line="240" w:lineRule="auto"/>
              <w:rPr>
                <w:rFonts w:ascii="Yu Gothic" w:eastAsia="Yu Gothic" w:hAnsi="Yu Gothic"/>
                <w:szCs w:val="20"/>
              </w:rPr>
            </w:pPr>
          </w:p>
        </w:tc>
      </w:tr>
      <w:tr w:rsidR="00A41DCF" w:rsidRPr="000C4DE6" w14:paraId="00046959" w14:textId="77777777" w:rsidTr="00E15828">
        <w:trPr>
          <w:trHeight w:hRule="exact" w:val="538"/>
          <w:jc w:val="center"/>
        </w:trPr>
        <w:tc>
          <w:tcPr>
            <w:tcW w:w="2437" w:type="dxa"/>
            <w:shd w:val="clear" w:color="auto" w:fill="F2F2F2"/>
            <w:vAlign w:val="center"/>
          </w:tcPr>
          <w:p w14:paraId="66C6B2F3" w14:textId="77777777" w:rsidR="00A41DCF" w:rsidRPr="006157DB" w:rsidRDefault="00000000">
            <w:pPr>
              <w:spacing w:after="0" w:line="240" w:lineRule="auto"/>
              <w:jc w:val="center"/>
              <w:rPr>
                <w:rFonts w:ascii="Yu Gothic" w:eastAsia="Yu Gothic" w:hAnsi="Yu Gothic"/>
                <w:sz w:val="19"/>
                <w:szCs w:val="19"/>
              </w:rPr>
            </w:pPr>
            <w:r w:rsidRPr="006157DB">
              <w:rPr>
                <w:rFonts w:ascii="Yu Gothic" w:eastAsia="Yu Gothic" w:hAnsi="Yu Gothic"/>
                <w:b/>
                <w:sz w:val="19"/>
                <w:szCs w:val="19"/>
              </w:rPr>
              <w:t>氏名</w:t>
            </w:r>
          </w:p>
        </w:tc>
        <w:tc>
          <w:tcPr>
            <w:tcW w:w="7599" w:type="dxa"/>
            <w:vAlign w:val="center"/>
          </w:tcPr>
          <w:p w14:paraId="6FCBFF0C" w14:textId="77777777" w:rsidR="00A41DCF" w:rsidRPr="006157DB" w:rsidRDefault="00A41DCF" w:rsidP="006157DB">
            <w:pPr>
              <w:spacing w:after="0" w:line="240" w:lineRule="auto"/>
              <w:rPr>
                <w:rFonts w:ascii="Yu Gothic" w:eastAsia="Yu Gothic" w:hAnsi="Yu Gothic"/>
                <w:szCs w:val="20"/>
              </w:rPr>
            </w:pPr>
          </w:p>
        </w:tc>
      </w:tr>
      <w:tr w:rsidR="00A41DCF" w:rsidRPr="000C4DE6" w14:paraId="6F5DF671" w14:textId="77777777" w:rsidTr="00E15828">
        <w:trPr>
          <w:trHeight w:hRule="exact" w:val="538"/>
          <w:jc w:val="center"/>
        </w:trPr>
        <w:tc>
          <w:tcPr>
            <w:tcW w:w="2437" w:type="dxa"/>
            <w:shd w:val="clear" w:color="auto" w:fill="F2F2F2"/>
            <w:vAlign w:val="center"/>
          </w:tcPr>
          <w:p w14:paraId="444A23B8" w14:textId="77777777" w:rsidR="00A41DCF" w:rsidRPr="006157DB" w:rsidRDefault="00000000">
            <w:pPr>
              <w:spacing w:after="0" w:line="240" w:lineRule="auto"/>
              <w:jc w:val="center"/>
              <w:rPr>
                <w:rFonts w:ascii="Yu Gothic" w:eastAsia="Yu Gothic" w:hAnsi="Yu Gothic"/>
                <w:sz w:val="19"/>
                <w:szCs w:val="19"/>
              </w:rPr>
            </w:pPr>
            <w:r w:rsidRPr="006157DB">
              <w:rPr>
                <w:rFonts w:ascii="Yu Gothic" w:eastAsia="Yu Gothic" w:hAnsi="Yu Gothic"/>
                <w:b/>
                <w:sz w:val="19"/>
                <w:szCs w:val="19"/>
              </w:rPr>
              <w:t>氏名（ローマ字）</w:t>
            </w:r>
          </w:p>
        </w:tc>
        <w:tc>
          <w:tcPr>
            <w:tcW w:w="7599" w:type="dxa"/>
            <w:vAlign w:val="center"/>
          </w:tcPr>
          <w:p w14:paraId="6B492003" w14:textId="77777777" w:rsidR="00A41DCF" w:rsidRPr="006157DB" w:rsidRDefault="00A41DCF" w:rsidP="006157DB">
            <w:pPr>
              <w:spacing w:after="0" w:line="240" w:lineRule="auto"/>
              <w:rPr>
                <w:rFonts w:ascii="Yu Gothic" w:eastAsia="Yu Gothic" w:hAnsi="Yu Gothic"/>
                <w:szCs w:val="20"/>
              </w:rPr>
            </w:pPr>
          </w:p>
        </w:tc>
      </w:tr>
      <w:tr w:rsidR="00A41DCF" w:rsidRPr="000C4DE6" w14:paraId="53B249A7" w14:textId="77777777" w:rsidTr="00E15828">
        <w:trPr>
          <w:trHeight w:hRule="exact" w:val="538"/>
          <w:jc w:val="center"/>
        </w:trPr>
        <w:tc>
          <w:tcPr>
            <w:tcW w:w="2437" w:type="dxa"/>
            <w:shd w:val="clear" w:color="auto" w:fill="F2F2F2"/>
            <w:vAlign w:val="center"/>
          </w:tcPr>
          <w:p w14:paraId="02C447DD" w14:textId="77777777" w:rsidR="00A41DCF" w:rsidRPr="006157DB" w:rsidRDefault="00000000">
            <w:pPr>
              <w:spacing w:after="0" w:line="240" w:lineRule="auto"/>
              <w:jc w:val="center"/>
              <w:rPr>
                <w:rFonts w:ascii="Yu Gothic" w:eastAsia="Yu Gothic" w:hAnsi="Yu Gothic"/>
                <w:sz w:val="19"/>
                <w:szCs w:val="19"/>
              </w:rPr>
            </w:pPr>
            <w:r w:rsidRPr="006157DB">
              <w:rPr>
                <w:rFonts w:ascii="Yu Gothic" w:eastAsia="Yu Gothic" w:hAnsi="Yu Gothic"/>
                <w:b/>
                <w:sz w:val="19"/>
                <w:szCs w:val="19"/>
              </w:rPr>
              <w:t>生年月日</w:t>
            </w:r>
          </w:p>
        </w:tc>
        <w:tc>
          <w:tcPr>
            <w:tcW w:w="7599" w:type="dxa"/>
            <w:vAlign w:val="center"/>
          </w:tcPr>
          <w:p w14:paraId="3F0591AC" w14:textId="227F94E1" w:rsidR="00A41DCF" w:rsidRPr="006157DB" w:rsidRDefault="00000000" w:rsidP="006157DB">
            <w:pPr>
              <w:spacing w:after="0" w:line="240" w:lineRule="auto"/>
              <w:rPr>
                <w:rFonts w:ascii="Yu Gothic" w:eastAsia="Yu Gothic" w:hAnsi="Yu Gothic"/>
                <w:szCs w:val="20"/>
                <w:lang w:eastAsia="ja-JP"/>
              </w:rPr>
            </w:pPr>
            <w:r w:rsidRPr="006157DB">
              <w:rPr>
                <w:rFonts w:ascii="Yu Gothic" w:eastAsia="Yu Gothic" w:hAnsi="Yu Gothic"/>
                <w:szCs w:val="20"/>
                <w:lang w:eastAsia="ja-JP"/>
              </w:rPr>
              <w:t>昭和・平成　　　年　　月　　日</w:t>
            </w:r>
          </w:p>
        </w:tc>
      </w:tr>
      <w:tr w:rsidR="00A41DCF" w:rsidRPr="000C4DE6" w14:paraId="015038CC" w14:textId="77777777" w:rsidTr="00E15828">
        <w:trPr>
          <w:trHeight w:hRule="exact" w:val="817"/>
          <w:jc w:val="center"/>
        </w:trPr>
        <w:tc>
          <w:tcPr>
            <w:tcW w:w="2437" w:type="dxa"/>
            <w:shd w:val="clear" w:color="auto" w:fill="F2F2F2"/>
            <w:vAlign w:val="center"/>
          </w:tcPr>
          <w:p w14:paraId="79C07829" w14:textId="77777777" w:rsidR="00A41DCF" w:rsidRPr="006157DB" w:rsidRDefault="00000000">
            <w:pPr>
              <w:spacing w:after="0" w:line="240" w:lineRule="auto"/>
              <w:jc w:val="center"/>
              <w:rPr>
                <w:rFonts w:ascii="Yu Gothic" w:eastAsia="Yu Gothic" w:hAnsi="Yu Gothic"/>
                <w:sz w:val="19"/>
                <w:szCs w:val="19"/>
              </w:rPr>
            </w:pPr>
            <w:proofErr w:type="spellStart"/>
            <w:r w:rsidRPr="006157DB">
              <w:rPr>
                <w:rFonts w:ascii="Yu Gothic" w:eastAsia="Yu Gothic" w:hAnsi="Yu Gothic"/>
                <w:b/>
                <w:sz w:val="19"/>
                <w:szCs w:val="19"/>
              </w:rPr>
              <w:t>住所</w:t>
            </w:r>
            <w:proofErr w:type="spellEnd"/>
          </w:p>
        </w:tc>
        <w:tc>
          <w:tcPr>
            <w:tcW w:w="7599" w:type="dxa"/>
            <w:vAlign w:val="center"/>
          </w:tcPr>
          <w:p w14:paraId="587CD018" w14:textId="77777777" w:rsidR="00A41DCF" w:rsidRPr="006157DB" w:rsidRDefault="00000000" w:rsidP="006157DB">
            <w:pPr>
              <w:spacing w:after="0" w:line="240" w:lineRule="auto"/>
              <w:rPr>
                <w:rFonts w:ascii="Yu Gothic" w:eastAsia="Yu Gothic" w:hAnsi="Yu Gothic"/>
                <w:szCs w:val="20"/>
                <w:lang w:eastAsia="ja-JP"/>
              </w:rPr>
            </w:pPr>
            <w:r w:rsidRPr="006157DB">
              <w:rPr>
                <w:rFonts w:ascii="Yu Gothic" w:eastAsia="Yu Gothic" w:hAnsi="Yu Gothic"/>
                <w:szCs w:val="20"/>
                <w:lang w:eastAsia="ja-JP"/>
              </w:rPr>
              <w:t>〒</w:t>
            </w:r>
          </w:p>
          <w:p w14:paraId="67CEBDB2" w14:textId="718A70C0" w:rsidR="000C4DE6" w:rsidRPr="006157DB" w:rsidRDefault="000C4DE6" w:rsidP="006157DB">
            <w:pPr>
              <w:spacing w:after="0" w:line="240" w:lineRule="auto"/>
              <w:rPr>
                <w:rFonts w:ascii="Yu Gothic" w:eastAsia="Yu Gothic" w:hAnsi="Yu Gothic"/>
                <w:szCs w:val="20"/>
                <w:lang w:eastAsia="ja-JP"/>
              </w:rPr>
            </w:pPr>
          </w:p>
        </w:tc>
      </w:tr>
      <w:tr w:rsidR="00A41DCF" w:rsidRPr="000C4DE6" w14:paraId="4E24D5E0" w14:textId="77777777" w:rsidTr="00E15828">
        <w:trPr>
          <w:trHeight w:hRule="exact" w:val="538"/>
          <w:jc w:val="center"/>
        </w:trPr>
        <w:tc>
          <w:tcPr>
            <w:tcW w:w="2437" w:type="dxa"/>
            <w:shd w:val="clear" w:color="auto" w:fill="F2F2F2"/>
            <w:vAlign w:val="center"/>
          </w:tcPr>
          <w:p w14:paraId="7D9FA97F" w14:textId="77777777" w:rsidR="00A41DCF" w:rsidRPr="006157DB" w:rsidRDefault="00000000">
            <w:pPr>
              <w:spacing w:after="0" w:line="240" w:lineRule="auto"/>
              <w:jc w:val="center"/>
              <w:rPr>
                <w:rFonts w:ascii="Yu Gothic" w:eastAsia="Yu Gothic" w:hAnsi="Yu Gothic"/>
                <w:sz w:val="19"/>
                <w:szCs w:val="19"/>
              </w:rPr>
            </w:pPr>
            <w:proofErr w:type="spellStart"/>
            <w:r w:rsidRPr="006157DB">
              <w:rPr>
                <w:rFonts w:ascii="Yu Gothic" w:eastAsia="Yu Gothic" w:hAnsi="Yu Gothic"/>
                <w:b/>
                <w:sz w:val="19"/>
                <w:szCs w:val="19"/>
              </w:rPr>
              <w:t>電話番号</w:t>
            </w:r>
            <w:proofErr w:type="spellEnd"/>
            <w:r w:rsidRPr="006157DB">
              <w:rPr>
                <w:rFonts w:ascii="Yu Gothic" w:eastAsia="Yu Gothic" w:hAnsi="Yu Gothic"/>
                <w:b/>
                <w:sz w:val="19"/>
                <w:szCs w:val="19"/>
              </w:rPr>
              <w:t>①</w:t>
            </w:r>
          </w:p>
        </w:tc>
        <w:tc>
          <w:tcPr>
            <w:tcW w:w="7599" w:type="dxa"/>
            <w:vAlign w:val="center"/>
          </w:tcPr>
          <w:p w14:paraId="7136609A" w14:textId="77777777" w:rsidR="00A41DCF" w:rsidRPr="006157DB" w:rsidRDefault="00A41DCF" w:rsidP="006157DB">
            <w:pPr>
              <w:spacing w:after="0" w:line="240" w:lineRule="auto"/>
              <w:rPr>
                <w:rFonts w:ascii="Yu Gothic" w:eastAsia="Yu Gothic" w:hAnsi="Yu Gothic"/>
                <w:szCs w:val="20"/>
              </w:rPr>
            </w:pPr>
          </w:p>
        </w:tc>
      </w:tr>
      <w:tr w:rsidR="00A41DCF" w:rsidRPr="000C4DE6" w14:paraId="78CD8876" w14:textId="77777777" w:rsidTr="00E15828">
        <w:trPr>
          <w:trHeight w:hRule="exact" w:val="538"/>
          <w:jc w:val="center"/>
        </w:trPr>
        <w:tc>
          <w:tcPr>
            <w:tcW w:w="2437" w:type="dxa"/>
            <w:shd w:val="clear" w:color="auto" w:fill="F2F2F2"/>
            <w:vAlign w:val="center"/>
          </w:tcPr>
          <w:p w14:paraId="762DDBCC" w14:textId="77777777" w:rsidR="00A41DCF" w:rsidRPr="006157DB" w:rsidRDefault="00000000">
            <w:pPr>
              <w:spacing w:after="0" w:line="240" w:lineRule="auto"/>
              <w:jc w:val="center"/>
              <w:rPr>
                <w:rFonts w:ascii="Yu Gothic" w:eastAsia="Yu Gothic" w:hAnsi="Yu Gothic"/>
                <w:sz w:val="19"/>
                <w:szCs w:val="19"/>
              </w:rPr>
            </w:pPr>
            <w:r w:rsidRPr="006157DB">
              <w:rPr>
                <w:rFonts w:ascii="Yu Gothic" w:eastAsia="Yu Gothic" w:hAnsi="Yu Gothic"/>
                <w:b/>
                <w:sz w:val="19"/>
                <w:szCs w:val="19"/>
              </w:rPr>
              <w:t>電話番号②</w:t>
            </w:r>
          </w:p>
        </w:tc>
        <w:tc>
          <w:tcPr>
            <w:tcW w:w="7599" w:type="dxa"/>
            <w:vAlign w:val="center"/>
          </w:tcPr>
          <w:p w14:paraId="585610C0" w14:textId="77777777" w:rsidR="00A41DCF" w:rsidRPr="006157DB" w:rsidRDefault="00A41DCF" w:rsidP="006157DB">
            <w:pPr>
              <w:spacing w:after="0" w:line="240" w:lineRule="auto"/>
              <w:rPr>
                <w:rFonts w:ascii="Yu Gothic" w:eastAsia="Yu Gothic" w:hAnsi="Yu Gothic"/>
                <w:szCs w:val="20"/>
              </w:rPr>
            </w:pPr>
          </w:p>
        </w:tc>
      </w:tr>
      <w:tr w:rsidR="00A41DCF" w:rsidRPr="000C4DE6" w14:paraId="05D124B0" w14:textId="77777777" w:rsidTr="00E15828">
        <w:trPr>
          <w:trHeight w:hRule="exact" w:val="538"/>
          <w:jc w:val="center"/>
        </w:trPr>
        <w:tc>
          <w:tcPr>
            <w:tcW w:w="2437" w:type="dxa"/>
            <w:shd w:val="clear" w:color="auto" w:fill="F2F2F2"/>
            <w:vAlign w:val="center"/>
          </w:tcPr>
          <w:p w14:paraId="7FF91A96" w14:textId="77777777" w:rsidR="00A41DCF" w:rsidRPr="006157DB" w:rsidRDefault="00000000">
            <w:pPr>
              <w:spacing w:after="0" w:line="240" w:lineRule="auto"/>
              <w:jc w:val="center"/>
              <w:rPr>
                <w:rFonts w:ascii="Yu Gothic" w:eastAsia="Yu Gothic" w:hAnsi="Yu Gothic"/>
                <w:sz w:val="19"/>
                <w:szCs w:val="19"/>
              </w:rPr>
            </w:pPr>
            <w:r w:rsidRPr="006157DB">
              <w:rPr>
                <w:rFonts w:ascii="Yu Gothic" w:eastAsia="Yu Gothic" w:hAnsi="Yu Gothic"/>
                <w:b/>
                <w:sz w:val="19"/>
                <w:szCs w:val="19"/>
              </w:rPr>
              <w:t>メールアドレス</w:t>
            </w:r>
          </w:p>
        </w:tc>
        <w:tc>
          <w:tcPr>
            <w:tcW w:w="7599" w:type="dxa"/>
            <w:vAlign w:val="center"/>
          </w:tcPr>
          <w:p w14:paraId="127DF949" w14:textId="77777777" w:rsidR="00A41DCF" w:rsidRPr="006157DB" w:rsidRDefault="00A41DCF" w:rsidP="006157DB">
            <w:pPr>
              <w:spacing w:after="0" w:line="240" w:lineRule="auto"/>
              <w:rPr>
                <w:rFonts w:ascii="Yu Gothic" w:eastAsia="Yu Gothic" w:hAnsi="Yu Gothic"/>
                <w:szCs w:val="20"/>
              </w:rPr>
            </w:pPr>
          </w:p>
        </w:tc>
      </w:tr>
    </w:tbl>
    <w:p w14:paraId="43792C22" w14:textId="77777777" w:rsidR="00A41DCF" w:rsidRPr="000C4DE6" w:rsidRDefault="00A41DCF">
      <w:pPr>
        <w:rPr>
          <w:rFonts w:ascii="Yu Gothic" w:eastAsia="Yu Gothic" w:hAnsi="Yu Gothic"/>
        </w:rPr>
      </w:pP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0036"/>
      </w:tblGrid>
      <w:tr w:rsidR="00A41DCF" w:rsidRPr="000C4DE6" w14:paraId="5F77D036" w14:textId="77777777" w:rsidTr="00E15828">
        <w:trPr>
          <w:trHeight w:val="397"/>
          <w:jc w:val="center"/>
        </w:trPr>
        <w:tc>
          <w:tcPr>
            <w:tcW w:w="10036" w:type="dxa"/>
            <w:shd w:val="clear" w:color="auto" w:fill="D9EAF7"/>
            <w:vAlign w:val="center"/>
          </w:tcPr>
          <w:p w14:paraId="1A9EF709" w14:textId="77777777" w:rsidR="00A41DCF" w:rsidRPr="006157DB" w:rsidRDefault="00000000" w:rsidP="006157DB">
            <w:pPr>
              <w:spacing w:after="0" w:line="240" w:lineRule="auto"/>
              <w:rPr>
                <w:rFonts w:ascii="Yu Gothic" w:eastAsia="Yu Gothic" w:hAnsi="Yu Gothic"/>
                <w:sz w:val="19"/>
                <w:szCs w:val="19"/>
              </w:rPr>
            </w:pPr>
            <w:proofErr w:type="spellStart"/>
            <w:r w:rsidRPr="006157DB">
              <w:rPr>
                <w:rFonts w:ascii="Yu Gothic" w:eastAsia="Yu Gothic" w:hAnsi="Yu Gothic"/>
                <w:b/>
                <w:sz w:val="19"/>
                <w:szCs w:val="19"/>
              </w:rPr>
              <w:t>添付書類</w:t>
            </w:r>
            <w:proofErr w:type="spellEnd"/>
          </w:p>
        </w:tc>
      </w:tr>
      <w:tr w:rsidR="000C4DE6" w:rsidRPr="000C4DE6" w14:paraId="23004C49" w14:textId="77777777" w:rsidTr="00E15828">
        <w:trPr>
          <w:trHeight w:val="907"/>
          <w:jc w:val="center"/>
        </w:trPr>
        <w:tc>
          <w:tcPr>
            <w:tcW w:w="10036" w:type="dxa"/>
            <w:shd w:val="clear" w:color="auto" w:fill="F2F2F2" w:themeFill="background1" w:themeFillShade="F2"/>
            <w:vAlign w:val="center"/>
          </w:tcPr>
          <w:p w14:paraId="46A26923" w14:textId="77777777" w:rsidR="000C4DE6" w:rsidRPr="00B31E12" w:rsidRDefault="000C4DE6" w:rsidP="006157DB">
            <w:pPr>
              <w:spacing w:after="40" w:line="240" w:lineRule="auto"/>
              <w:rPr>
                <w:rFonts w:ascii="Yu Gothic" w:eastAsia="Yu Gothic" w:hAnsi="Yu Gothic"/>
                <w:sz w:val="18"/>
                <w:szCs w:val="18"/>
                <w:lang w:eastAsia="ja-JP"/>
              </w:rPr>
            </w:pPr>
            <w:r w:rsidRPr="00B31E12">
              <w:rPr>
                <w:rFonts w:ascii="Yu Gothic" w:eastAsia="Yu Gothic" w:hAnsi="Yu Gothic"/>
                <w:sz w:val="18"/>
                <w:szCs w:val="18"/>
                <w:lang w:eastAsia="ja-JP"/>
              </w:rPr>
              <w:t>・火山との共生レポート（第2号様式）</w:t>
            </w:r>
          </w:p>
          <w:p w14:paraId="17513F91" w14:textId="521ADB9B" w:rsidR="000C4DE6" w:rsidRPr="000C4DE6" w:rsidRDefault="000C4DE6" w:rsidP="006157DB">
            <w:pPr>
              <w:spacing w:after="40" w:line="240" w:lineRule="auto"/>
              <w:rPr>
                <w:rFonts w:ascii="Yu Gothic" w:eastAsia="Yu Gothic" w:hAnsi="Yu Gothic"/>
                <w:lang w:eastAsia="ja-JP"/>
              </w:rPr>
            </w:pPr>
            <w:r w:rsidRPr="00B31E12">
              <w:rPr>
                <w:rFonts w:ascii="Yu Gothic" w:eastAsia="Yu Gothic" w:hAnsi="Yu Gothic"/>
                <w:sz w:val="18"/>
                <w:szCs w:val="18"/>
                <w:lang w:eastAsia="ja-JP"/>
              </w:rPr>
              <w:t>・活動等経歴書（第3号様式）</w:t>
            </w:r>
          </w:p>
        </w:tc>
      </w:tr>
    </w:tbl>
    <w:p w14:paraId="0229F7A3" w14:textId="77777777" w:rsidR="000C4DE6" w:rsidRDefault="000C4DE6" w:rsidP="000C4DE6">
      <w:pPr>
        <w:spacing w:before="80" w:after="0" w:line="240" w:lineRule="auto"/>
        <w:rPr>
          <w:rFonts w:ascii="Yu Gothic" w:eastAsia="Yu Gothic" w:hAnsi="Yu Gothic"/>
          <w:sz w:val="16"/>
          <w:lang w:eastAsia="ja-JP"/>
        </w:rPr>
      </w:pPr>
    </w:p>
    <w:p w14:paraId="14EB1537" w14:textId="77777777" w:rsidR="00B31E12" w:rsidRDefault="00B31E12" w:rsidP="000C4DE6">
      <w:pPr>
        <w:spacing w:before="80" w:after="0" w:line="240" w:lineRule="auto"/>
        <w:rPr>
          <w:rFonts w:ascii="Yu Gothic" w:eastAsia="Yu Gothic" w:hAnsi="Yu Gothic"/>
          <w:sz w:val="16"/>
          <w:lang w:eastAsia="ja-JP"/>
        </w:rPr>
      </w:pPr>
    </w:p>
    <w:p w14:paraId="419361E9" w14:textId="77777777" w:rsidR="000C4DE6" w:rsidRDefault="000C4DE6" w:rsidP="000C4DE6">
      <w:pPr>
        <w:spacing w:before="80" w:after="0" w:line="240" w:lineRule="auto"/>
        <w:rPr>
          <w:rFonts w:ascii="Yu Gothic" w:eastAsia="Yu Gothic" w:hAnsi="Yu Gothic"/>
          <w:sz w:val="16"/>
          <w:lang w:eastAsia="ja-JP"/>
        </w:rPr>
      </w:pPr>
    </w:p>
    <w:p w14:paraId="52ADC13E" w14:textId="6B67A4CB" w:rsidR="00A41DCF" w:rsidRPr="000C4DE6" w:rsidRDefault="00000000" w:rsidP="000C4DE6">
      <w:pPr>
        <w:spacing w:before="80" w:after="0" w:line="240" w:lineRule="auto"/>
        <w:rPr>
          <w:rFonts w:ascii="Yu Gothic" w:eastAsia="Yu Gothic" w:hAnsi="Yu Gothic"/>
          <w:lang w:eastAsia="ja-JP"/>
        </w:rPr>
      </w:pPr>
      <w:r w:rsidRPr="000C4DE6">
        <w:rPr>
          <w:rFonts w:ascii="Yu Gothic" w:eastAsia="Yu Gothic" w:hAnsi="Yu Gothic"/>
          <w:sz w:val="16"/>
          <w:lang w:eastAsia="ja-JP"/>
        </w:rPr>
        <w:t>個人情報の取扱い：記載された内容および個人情報は、関係法令に基づき適切に取り扱い、洞爺湖有珠火山マイスター認定審査以外の目的には使用しません。</w:t>
      </w:r>
    </w:p>
    <w:p w14:paraId="6EDB4B53" w14:textId="77777777" w:rsidR="00A41DCF" w:rsidRPr="000C4DE6" w:rsidRDefault="00000000">
      <w:pPr>
        <w:rPr>
          <w:rFonts w:ascii="Yu Gothic" w:eastAsia="Yu Gothic" w:hAnsi="Yu Gothic"/>
          <w:lang w:eastAsia="ja-JP"/>
        </w:rPr>
      </w:pPr>
      <w:r w:rsidRPr="000C4DE6">
        <w:rPr>
          <w:rFonts w:ascii="Yu Gothic" w:eastAsia="Yu Gothic" w:hAnsi="Yu Gothic"/>
          <w:lang w:eastAsia="ja-JP"/>
        </w:rPr>
        <w:br w:type="page"/>
      </w:r>
    </w:p>
    <w:p w14:paraId="6DE5AD41" w14:textId="77777777" w:rsidR="00A41DCF" w:rsidRPr="000C4DE6" w:rsidRDefault="00000000">
      <w:pPr>
        <w:spacing w:after="40" w:line="240" w:lineRule="auto"/>
        <w:rPr>
          <w:rFonts w:ascii="Yu Gothic" w:eastAsia="Yu Gothic" w:hAnsi="Yu Gothic"/>
          <w:lang w:eastAsia="ja-JP"/>
        </w:rPr>
      </w:pPr>
      <w:r w:rsidRPr="000C4DE6">
        <w:rPr>
          <w:rFonts w:ascii="Yu Gothic" w:eastAsia="Yu Gothic" w:hAnsi="Yu Gothic"/>
          <w:sz w:val="18"/>
          <w:lang w:eastAsia="ja-JP"/>
        </w:rPr>
        <w:lastRenderedPageBreak/>
        <w:t>第2号様式</w:t>
      </w:r>
    </w:p>
    <w:p w14:paraId="1F348B6E" w14:textId="77777777" w:rsidR="00A41DCF" w:rsidRPr="000C4DE6" w:rsidRDefault="00000000">
      <w:pPr>
        <w:spacing w:after="60" w:line="240" w:lineRule="auto"/>
        <w:jc w:val="center"/>
        <w:rPr>
          <w:rFonts w:ascii="Yu Gothic" w:eastAsia="Yu Gothic" w:hAnsi="Yu Gothic"/>
          <w:lang w:eastAsia="ja-JP"/>
        </w:rPr>
      </w:pPr>
      <w:r w:rsidRPr="000C4DE6">
        <w:rPr>
          <w:rFonts w:ascii="Yu Gothic" w:eastAsia="Yu Gothic" w:hAnsi="Yu Gothic"/>
          <w:lang w:eastAsia="ja-JP"/>
        </w:rPr>
        <w:t>（洞爺湖有珠火山マイスター認定審査申込書）</w:t>
      </w:r>
    </w:p>
    <w:p w14:paraId="3DD5B555" w14:textId="77777777" w:rsidR="00A41DCF" w:rsidRPr="000C4DE6" w:rsidRDefault="00000000">
      <w:pPr>
        <w:spacing w:after="160" w:line="240" w:lineRule="auto"/>
        <w:jc w:val="center"/>
        <w:rPr>
          <w:rFonts w:ascii="Yu Gothic" w:eastAsia="Yu Gothic" w:hAnsi="Yu Gothic"/>
        </w:rPr>
      </w:pPr>
      <w:proofErr w:type="spellStart"/>
      <w:r w:rsidRPr="000C4DE6">
        <w:rPr>
          <w:rFonts w:ascii="Yu Gothic" w:eastAsia="Yu Gothic" w:hAnsi="Yu Gothic"/>
          <w:b/>
          <w:sz w:val="32"/>
        </w:rPr>
        <w:t>火山との共生レポート</w:t>
      </w:r>
      <w:proofErr w:type="spellEnd"/>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438"/>
        <w:gridCol w:w="7599"/>
      </w:tblGrid>
      <w:tr w:rsidR="00A41DCF" w:rsidRPr="000C4DE6" w14:paraId="315DF672" w14:textId="77777777" w:rsidTr="00E15828">
        <w:trPr>
          <w:trHeight w:hRule="exact" w:val="539"/>
          <w:jc w:val="center"/>
        </w:trPr>
        <w:tc>
          <w:tcPr>
            <w:tcW w:w="2438" w:type="dxa"/>
            <w:shd w:val="clear" w:color="auto" w:fill="F2F2F2"/>
            <w:vAlign w:val="center"/>
          </w:tcPr>
          <w:p w14:paraId="4A9A4476" w14:textId="1F60D99C" w:rsidR="00A41DCF" w:rsidRPr="000C4DE6" w:rsidRDefault="00000000">
            <w:pPr>
              <w:spacing w:after="0" w:line="240" w:lineRule="auto"/>
              <w:jc w:val="center"/>
              <w:rPr>
                <w:rFonts w:ascii="Yu Gothic" w:eastAsia="Yu Gothic" w:hAnsi="Yu Gothic"/>
              </w:rPr>
            </w:pPr>
            <w:proofErr w:type="spellStart"/>
            <w:r w:rsidRPr="000C4DE6">
              <w:rPr>
                <w:rFonts w:ascii="Yu Gothic" w:eastAsia="Yu Gothic" w:hAnsi="Yu Gothic"/>
                <w:b/>
                <w:sz w:val="19"/>
              </w:rPr>
              <w:t>ふりがな</w:t>
            </w:r>
            <w:proofErr w:type="spellEnd"/>
          </w:p>
        </w:tc>
        <w:tc>
          <w:tcPr>
            <w:tcW w:w="7599" w:type="dxa"/>
            <w:vAlign w:val="center"/>
          </w:tcPr>
          <w:p w14:paraId="1B4140C1" w14:textId="77777777" w:rsidR="00A41DCF" w:rsidRPr="000C4DE6" w:rsidRDefault="00A41DCF" w:rsidP="00F93106">
            <w:pPr>
              <w:spacing w:after="0" w:line="240" w:lineRule="auto"/>
              <w:rPr>
                <w:rFonts w:ascii="Yu Gothic" w:eastAsia="Yu Gothic" w:hAnsi="Yu Gothic"/>
              </w:rPr>
            </w:pPr>
          </w:p>
        </w:tc>
      </w:tr>
      <w:tr w:rsidR="00A41DCF" w:rsidRPr="000C4DE6" w14:paraId="6F111F8A" w14:textId="77777777" w:rsidTr="00E15828">
        <w:trPr>
          <w:trHeight w:hRule="exact" w:val="539"/>
          <w:jc w:val="center"/>
        </w:trPr>
        <w:tc>
          <w:tcPr>
            <w:tcW w:w="2438" w:type="dxa"/>
            <w:shd w:val="clear" w:color="auto" w:fill="F2F2F2"/>
            <w:vAlign w:val="center"/>
          </w:tcPr>
          <w:p w14:paraId="7CC42E14" w14:textId="77777777" w:rsidR="00A41DCF" w:rsidRPr="000C4DE6" w:rsidRDefault="00000000">
            <w:pPr>
              <w:spacing w:after="0" w:line="240" w:lineRule="auto"/>
              <w:jc w:val="center"/>
              <w:rPr>
                <w:rFonts w:ascii="Yu Gothic" w:eastAsia="Yu Gothic" w:hAnsi="Yu Gothic"/>
              </w:rPr>
            </w:pPr>
            <w:r w:rsidRPr="000C4DE6">
              <w:rPr>
                <w:rFonts w:ascii="Yu Gothic" w:eastAsia="Yu Gothic" w:hAnsi="Yu Gothic"/>
                <w:b/>
                <w:sz w:val="19"/>
              </w:rPr>
              <w:t>氏名</w:t>
            </w:r>
          </w:p>
        </w:tc>
        <w:tc>
          <w:tcPr>
            <w:tcW w:w="7599" w:type="dxa"/>
            <w:vAlign w:val="center"/>
          </w:tcPr>
          <w:p w14:paraId="0D28BE17" w14:textId="77777777" w:rsidR="00A41DCF" w:rsidRPr="000C4DE6" w:rsidRDefault="00A41DCF" w:rsidP="00F93106">
            <w:pPr>
              <w:spacing w:after="0" w:line="240" w:lineRule="auto"/>
              <w:rPr>
                <w:rFonts w:ascii="Yu Gothic" w:eastAsia="Yu Gothic" w:hAnsi="Yu Gothic"/>
              </w:rPr>
            </w:pPr>
          </w:p>
        </w:tc>
      </w:tr>
    </w:tbl>
    <w:p w14:paraId="7EF3F142" w14:textId="77777777" w:rsidR="00A41DCF" w:rsidRDefault="00A41DCF">
      <w:pPr>
        <w:rPr>
          <w:rFonts w:ascii="Yu Gothic" w:eastAsia="Yu Gothic" w:hAnsi="Yu Gothic"/>
          <w:lang w:eastAsia="ja-JP"/>
        </w:rPr>
      </w:pP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0036"/>
      </w:tblGrid>
      <w:tr w:rsidR="00A66B72" w:rsidRPr="000C4DE6" w14:paraId="3BB3D85A" w14:textId="77777777" w:rsidTr="00E15828">
        <w:trPr>
          <w:trHeight w:val="397"/>
          <w:jc w:val="center"/>
        </w:trPr>
        <w:tc>
          <w:tcPr>
            <w:tcW w:w="10036" w:type="dxa"/>
            <w:shd w:val="clear" w:color="auto" w:fill="D9EAF7"/>
            <w:vAlign w:val="center"/>
          </w:tcPr>
          <w:p w14:paraId="271A6C27" w14:textId="24E1723F" w:rsidR="00A66B72" w:rsidRPr="006157DB" w:rsidRDefault="00A66B72" w:rsidP="008D2129">
            <w:pPr>
              <w:spacing w:after="0" w:line="240" w:lineRule="auto"/>
              <w:rPr>
                <w:rFonts w:ascii="Yu Gothic" w:eastAsia="Yu Gothic" w:hAnsi="Yu Gothic"/>
                <w:sz w:val="19"/>
                <w:szCs w:val="19"/>
              </w:rPr>
            </w:pPr>
            <w:proofErr w:type="spellStart"/>
            <w:r w:rsidRPr="006157DB">
              <w:rPr>
                <w:rFonts w:ascii="Yu Gothic" w:eastAsia="Yu Gothic" w:hAnsi="Yu Gothic"/>
                <w:b/>
                <w:sz w:val="19"/>
                <w:szCs w:val="19"/>
              </w:rPr>
              <w:t>記入にあたって</w:t>
            </w:r>
            <w:proofErr w:type="spellEnd"/>
          </w:p>
        </w:tc>
      </w:tr>
      <w:tr w:rsidR="00A66B72" w:rsidRPr="000C4DE6" w14:paraId="1D21E70B" w14:textId="77777777" w:rsidTr="00E15828">
        <w:trPr>
          <w:trHeight w:val="1644"/>
          <w:jc w:val="center"/>
        </w:trPr>
        <w:tc>
          <w:tcPr>
            <w:tcW w:w="10036" w:type="dxa"/>
            <w:shd w:val="clear" w:color="auto" w:fill="F2F2F2" w:themeFill="background1" w:themeFillShade="F2"/>
            <w:vAlign w:val="center"/>
          </w:tcPr>
          <w:p w14:paraId="0C3C8858" w14:textId="77777777" w:rsidR="00A66B72" w:rsidRPr="00A66B72" w:rsidRDefault="00A66B72" w:rsidP="00A66B72">
            <w:pPr>
              <w:spacing w:after="40" w:line="240" w:lineRule="auto"/>
              <w:rPr>
                <w:rFonts w:ascii="Yu Gothic" w:eastAsia="Yu Gothic" w:hAnsi="Yu Gothic"/>
                <w:sz w:val="18"/>
                <w:szCs w:val="18"/>
                <w:lang w:eastAsia="ja-JP"/>
              </w:rPr>
            </w:pPr>
            <w:r w:rsidRPr="00A66B72">
              <w:rPr>
                <w:rFonts w:ascii="Yu Gothic" w:eastAsia="Yu Gothic" w:hAnsi="Yu Gothic" w:hint="eastAsia"/>
                <w:sz w:val="18"/>
                <w:szCs w:val="18"/>
                <w:lang w:eastAsia="ja-JP"/>
              </w:rPr>
              <w:t>以下の①～③に分けて記入してください。</w:t>
            </w:r>
          </w:p>
          <w:p w14:paraId="09475D48" w14:textId="77777777" w:rsidR="00A66B72" w:rsidRPr="00A66B72" w:rsidRDefault="00A66B72" w:rsidP="00A66B72">
            <w:pPr>
              <w:spacing w:after="40" w:line="240" w:lineRule="auto"/>
              <w:rPr>
                <w:rFonts w:ascii="Yu Gothic" w:eastAsia="Yu Gothic" w:hAnsi="Yu Gothic"/>
                <w:sz w:val="18"/>
                <w:szCs w:val="18"/>
                <w:lang w:eastAsia="ja-JP"/>
              </w:rPr>
            </w:pPr>
            <w:r w:rsidRPr="00A66B72">
              <w:rPr>
                <w:rFonts w:ascii="Yu Gothic" w:eastAsia="Yu Gothic" w:hAnsi="Yu Gothic" w:hint="eastAsia"/>
                <w:sz w:val="18"/>
                <w:szCs w:val="18"/>
                <w:lang w:eastAsia="ja-JP"/>
              </w:rPr>
              <w:t>・専門知識の多さだけではなく、あなた自身の考えや経験が分かるように記入してください。</w:t>
            </w:r>
          </w:p>
          <w:p w14:paraId="11D2474F" w14:textId="77777777" w:rsidR="00A66B72" w:rsidRPr="00A66B72" w:rsidRDefault="00A66B72" w:rsidP="00A66B72">
            <w:pPr>
              <w:spacing w:after="40" w:line="240" w:lineRule="auto"/>
              <w:rPr>
                <w:rFonts w:ascii="Yu Gothic" w:eastAsia="Yu Gothic" w:hAnsi="Yu Gothic"/>
                <w:sz w:val="18"/>
                <w:szCs w:val="18"/>
                <w:lang w:eastAsia="ja-JP"/>
              </w:rPr>
            </w:pPr>
            <w:r w:rsidRPr="00A66B72">
              <w:rPr>
                <w:rFonts w:ascii="Yu Gothic" w:eastAsia="Yu Gothic" w:hAnsi="Yu Gothic" w:hint="eastAsia"/>
                <w:sz w:val="18"/>
                <w:szCs w:val="18"/>
                <w:lang w:eastAsia="ja-JP"/>
              </w:rPr>
              <w:t>・具体的な人、地域での場面、活動の例などを交えて書くと、考えが伝わりやすくなります。</w:t>
            </w:r>
          </w:p>
          <w:p w14:paraId="2CD25C0B" w14:textId="4B06655C" w:rsidR="00A66B72" w:rsidRPr="000C4DE6" w:rsidRDefault="00A66B72" w:rsidP="00A66B72">
            <w:pPr>
              <w:spacing w:after="40" w:line="240" w:lineRule="auto"/>
              <w:rPr>
                <w:rFonts w:ascii="Yu Gothic" w:eastAsia="Yu Gothic" w:hAnsi="Yu Gothic"/>
                <w:lang w:eastAsia="ja-JP"/>
              </w:rPr>
            </w:pPr>
            <w:r w:rsidRPr="00A66B72">
              <w:rPr>
                <w:rFonts w:ascii="Yu Gothic" w:eastAsia="Yu Gothic" w:hAnsi="Yu Gothic" w:hint="eastAsia"/>
                <w:sz w:val="18"/>
                <w:szCs w:val="18"/>
                <w:lang w:eastAsia="ja-JP"/>
              </w:rPr>
              <w:t>・必要に応じて、写真・図・参考資料などを別紙で添付できます。</w:t>
            </w:r>
          </w:p>
        </w:tc>
      </w:tr>
    </w:tbl>
    <w:p w14:paraId="1F528F6B" w14:textId="77777777" w:rsidR="00A41DCF" w:rsidRDefault="00A41DCF">
      <w:pPr>
        <w:rPr>
          <w:rFonts w:ascii="Yu Gothic" w:eastAsia="Yu Gothic" w:hAnsi="Yu Gothic"/>
          <w:lang w:eastAsia="ja-JP"/>
        </w:rPr>
      </w:pP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0036"/>
      </w:tblGrid>
      <w:tr w:rsidR="00A66B72" w:rsidRPr="000C4DE6" w14:paraId="7D3A8C7E" w14:textId="77777777" w:rsidTr="00E15828">
        <w:trPr>
          <w:trHeight w:val="397"/>
          <w:jc w:val="center"/>
        </w:trPr>
        <w:tc>
          <w:tcPr>
            <w:tcW w:w="10036" w:type="dxa"/>
            <w:shd w:val="clear" w:color="auto" w:fill="D9EAF7"/>
            <w:vAlign w:val="center"/>
          </w:tcPr>
          <w:p w14:paraId="23012022" w14:textId="191AA9C1" w:rsidR="00A66B72" w:rsidRPr="006157DB" w:rsidRDefault="00A66B72" w:rsidP="008D2129">
            <w:pPr>
              <w:spacing w:after="0" w:line="240" w:lineRule="auto"/>
              <w:rPr>
                <w:rFonts w:ascii="Yu Gothic" w:eastAsia="Yu Gothic" w:hAnsi="Yu Gothic"/>
                <w:sz w:val="19"/>
                <w:szCs w:val="19"/>
                <w:lang w:eastAsia="ja-JP"/>
              </w:rPr>
            </w:pPr>
            <w:r w:rsidRPr="006157DB">
              <w:rPr>
                <w:rFonts w:ascii="Yu Gothic" w:eastAsia="Yu Gothic" w:hAnsi="Yu Gothic"/>
                <w:b/>
                <w:sz w:val="19"/>
                <w:szCs w:val="19"/>
                <w:lang w:eastAsia="ja-JP"/>
              </w:rPr>
              <w:t>① あなたが考える、この地域と有珠火山との共生についての「望ましい姿・理想像」を記入してください。</w:t>
            </w:r>
          </w:p>
        </w:tc>
      </w:tr>
      <w:tr w:rsidR="00A66B72" w:rsidRPr="000C4DE6" w14:paraId="267C0BE3" w14:textId="77777777" w:rsidTr="00E15828">
        <w:trPr>
          <w:trHeight w:val="1304"/>
          <w:jc w:val="center"/>
        </w:trPr>
        <w:tc>
          <w:tcPr>
            <w:tcW w:w="10036" w:type="dxa"/>
            <w:shd w:val="clear" w:color="auto" w:fill="F2F2F2" w:themeFill="background1" w:themeFillShade="F2"/>
            <w:vAlign w:val="center"/>
          </w:tcPr>
          <w:p w14:paraId="666043E1" w14:textId="77777777" w:rsidR="00957A00" w:rsidRPr="00957A00" w:rsidRDefault="00957A00" w:rsidP="00957A00">
            <w:pPr>
              <w:spacing w:after="40" w:line="240" w:lineRule="auto"/>
              <w:rPr>
                <w:rFonts w:ascii="Yu Gothic" w:eastAsia="Yu Gothic" w:hAnsi="Yu Gothic"/>
                <w:sz w:val="18"/>
                <w:szCs w:val="18"/>
                <w:lang w:eastAsia="ja-JP"/>
              </w:rPr>
            </w:pPr>
            <w:r w:rsidRPr="00957A00">
              <w:rPr>
                <w:rFonts w:ascii="Yu Gothic" w:eastAsia="Yu Gothic" w:hAnsi="Yu Gothic" w:hint="eastAsia"/>
                <w:sz w:val="18"/>
                <w:szCs w:val="18"/>
                <w:lang w:eastAsia="ja-JP"/>
              </w:rPr>
              <w:t>【考えるときの参考】</w:t>
            </w:r>
          </w:p>
          <w:p w14:paraId="49644370" w14:textId="1618EC67" w:rsidR="00A66B72" w:rsidRPr="000C4DE6" w:rsidRDefault="00957A00" w:rsidP="00957A00">
            <w:pPr>
              <w:spacing w:after="40" w:line="240" w:lineRule="auto"/>
              <w:rPr>
                <w:rFonts w:ascii="Yu Gothic" w:eastAsia="Yu Gothic" w:hAnsi="Yu Gothic"/>
                <w:lang w:eastAsia="ja-JP"/>
              </w:rPr>
            </w:pPr>
            <w:r w:rsidRPr="00957A00">
              <w:rPr>
                <w:rFonts w:ascii="Yu Gothic" w:eastAsia="Yu Gothic" w:hAnsi="Yu Gothic" w:hint="eastAsia"/>
                <w:sz w:val="18"/>
                <w:szCs w:val="18"/>
                <w:lang w:eastAsia="ja-JP"/>
              </w:rPr>
              <w:t>有珠火山の恵みを生かしながら、噴火災害に備え、この地域で安全に暮らし続けるために、地域や住民がどのような状態になっていることが望ましいと考えますか。</w:t>
            </w:r>
          </w:p>
        </w:tc>
      </w:tr>
      <w:tr w:rsidR="00957A00" w:rsidRPr="000C4DE6" w14:paraId="69F7C437" w14:textId="77777777" w:rsidTr="00E15828">
        <w:trPr>
          <w:trHeight w:val="7030"/>
          <w:jc w:val="center"/>
        </w:trPr>
        <w:tc>
          <w:tcPr>
            <w:tcW w:w="10036" w:type="dxa"/>
          </w:tcPr>
          <w:p w14:paraId="54325C2B" w14:textId="77777777" w:rsidR="00957A00" w:rsidRPr="00F93106" w:rsidRDefault="00957A00" w:rsidP="00F93106">
            <w:pPr>
              <w:spacing w:beforeLines="50" w:before="120" w:afterLines="50" w:after="120" w:line="240" w:lineRule="auto"/>
              <w:rPr>
                <w:rFonts w:ascii="Yu Gothic" w:eastAsia="Yu Gothic" w:hAnsi="Yu Gothic"/>
                <w:szCs w:val="20"/>
                <w:lang w:eastAsia="ja-JP"/>
              </w:rPr>
            </w:pPr>
            <w:r w:rsidRPr="00F93106">
              <w:rPr>
                <w:rFonts w:ascii="Yu Gothic" w:eastAsia="Yu Gothic" w:hAnsi="Yu Gothic"/>
                <w:szCs w:val="20"/>
                <w:lang w:eastAsia="ja-JP"/>
              </w:rPr>
              <w:t>《記入欄》</w:t>
            </w:r>
          </w:p>
          <w:p w14:paraId="023FF071" w14:textId="57A97A0F" w:rsidR="006157DB" w:rsidRPr="00F93106" w:rsidRDefault="006157DB" w:rsidP="00F93106">
            <w:pPr>
              <w:spacing w:beforeLines="50" w:before="120" w:afterLines="50" w:after="120" w:line="240" w:lineRule="auto"/>
              <w:rPr>
                <w:rFonts w:ascii="Yu Gothic" w:eastAsia="Yu Gothic" w:hAnsi="Yu Gothic"/>
                <w:szCs w:val="20"/>
                <w:lang w:eastAsia="ja-JP"/>
              </w:rPr>
            </w:pPr>
          </w:p>
        </w:tc>
      </w:tr>
    </w:tbl>
    <w:p w14:paraId="3D6F21C8" w14:textId="77777777" w:rsidR="00A41DCF" w:rsidRPr="000C4DE6" w:rsidRDefault="00000000">
      <w:pPr>
        <w:rPr>
          <w:rFonts w:ascii="Yu Gothic" w:eastAsia="Yu Gothic" w:hAnsi="Yu Gothic"/>
        </w:rPr>
      </w:pPr>
      <w:r w:rsidRPr="000C4DE6">
        <w:rPr>
          <w:rFonts w:ascii="Yu Gothic" w:eastAsia="Yu Gothic" w:hAnsi="Yu Gothic"/>
        </w:rPr>
        <w:br w:type="page"/>
      </w:r>
    </w:p>
    <w:p w14:paraId="6B6FC035" w14:textId="77777777" w:rsidR="00A41DCF" w:rsidRPr="000C4DE6" w:rsidRDefault="00000000">
      <w:pPr>
        <w:spacing w:after="40" w:line="240" w:lineRule="auto"/>
        <w:rPr>
          <w:rFonts w:ascii="Yu Gothic" w:eastAsia="Yu Gothic" w:hAnsi="Yu Gothic"/>
        </w:rPr>
      </w:pPr>
      <w:r w:rsidRPr="000C4DE6">
        <w:rPr>
          <w:rFonts w:ascii="Yu Gothic" w:eastAsia="Yu Gothic" w:hAnsi="Yu Gothic"/>
          <w:sz w:val="18"/>
        </w:rPr>
        <w:lastRenderedPageBreak/>
        <w:t>第2号様式</w:t>
      </w:r>
    </w:p>
    <w:p w14:paraId="2773D90C" w14:textId="341ADA96" w:rsidR="00A41DCF" w:rsidRPr="000C4DE6" w:rsidRDefault="00A41DCF">
      <w:pPr>
        <w:spacing w:after="160" w:line="240" w:lineRule="auto"/>
        <w:jc w:val="center"/>
        <w:rPr>
          <w:rFonts w:ascii="Yu Gothic" w:eastAsia="Yu Gothic" w:hAnsi="Yu Gothic"/>
        </w:rPr>
      </w:pP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0035"/>
      </w:tblGrid>
      <w:tr w:rsidR="00A41DCF" w:rsidRPr="000C4DE6" w14:paraId="079332A4" w14:textId="77777777" w:rsidTr="00E15828">
        <w:trPr>
          <w:trHeight w:val="397"/>
          <w:jc w:val="center"/>
        </w:trPr>
        <w:tc>
          <w:tcPr>
            <w:tcW w:w="10035" w:type="dxa"/>
            <w:shd w:val="clear" w:color="auto" w:fill="D9EAF7"/>
            <w:vAlign w:val="center"/>
          </w:tcPr>
          <w:p w14:paraId="5C38BC0D" w14:textId="638275C3" w:rsidR="00A41DCF" w:rsidRPr="006157DB" w:rsidRDefault="00000000">
            <w:pPr>
              <w:spacing w:after="0" w:line="240" w:lineRule="auto"/>
              <w:rPr>
                <w:rFonts w:ascii="Yu Gothic" w:eastAsia="Yu Gothic" w:hAnsi="Yu Gothic"/>
                <w:sz w:val="19"/>
                <w:szCs w:val="19"/>
                <w:lang w:eastAsia="ja-JP"/>
              </w:rPr>
            </w:pPr>
            <w:r w:rsidRPr="006157DB">
              <w:rPr>
                <w:rFonts w:ascii="Yu Gothic" w:eastAsia="Yu Gothic" w:hAnsi="Yu Gothic"/>
                <w:b/>
                <w:sz w:val="19"/>
                <w:szCs w:val="19"/>
                <w:lang w:eastAsia="ja-JP"/>
              </w:rPr>
              <w:t>② ①の実現に向けて、火山マイスターとして、あなたはどのように貢献できると思いますか。</w:t>
            </w:r>
          </w:p>
        </w:tc>
      </w:tr>
      <w:tr w:rsidR="00A41DCF" w:rsidRPr="000C4DE6" w14:paraId="6C9D17E2" w14:textId="77777777" w:rsidTr="00E15828">
        <w:trPr>
          <w:trHeight w:val="1304"/>
          <w:jc w:val="center"/>
        </w:trPr>
        <w:tc>
          <w:tcPr>
            <w:tcW w:w="10035" w:type="dxa"/>
            <w:shd w:val="clear" w:color="auto" w:fill="F7F7F7"/>
            <w:vAlign w:val="center"/>
          </w:tcPr>
          <w:p w14:paraId="47B202C7" w14:textId="77777777" w:rsidR="00597094" w:rsidRDefault="00000000" w:rsidP="006157DB">
            <w:pPr>
              <w:spacing w:after="0" w:line="252" w:lineRule="auto"/>
              <w:rPr>
                <w:rFonts w:ascii="Yu Gothic" w:eastAsia="Yu Gothic" w:hAnsi="Yu Gothic"/>
                <w:sz w:val="18"/>
                <w:lang w:eastAsia="ja-JP"/>
              </w:rPr>
            </w:pPr>
            <w:r w:rsidRPr="000C4DE6">
              <w:rPr>
                <w:rFonts w:ascii="Yu Gothic" w:eastAsia="Yu Gothic" w:hAnsi="Yu Gothic"/>
                <w:sz w:val="18"/>
                <w:lang w:eastAsia="ja-JP"/>
              </w:rPr>
              <w:t>【考えるときの参考】</w:t>
            </w:r>
          </w:p>
          <w:p w14:paraId="350A70FB" w14:textId="73FE7AFD" w:rsidR="00A41DCF" w:rsidRPr="000C4DE6" w:rsidRDefault="00000000" w:rsidP="006157DB">
            <w:pPr>
              <w:spacing w:after="0" w:line="252" w:lineRule="auto"/>
              <w:rPr>
                <w:rFonts w:ascii="Yu Gothic" w:eastAsia="Yu Gothic" w:hAnsi="Yu Gothic"/>
                <w:lang w:eastAsia="ja-JP"/>
              </w:rPr>
            </w:pPr>
            <w:r w:rsidRPr="000C4DE6">
              <w:rPr>
                <w:rFonts w:ascii="Yu Gothic" w:eastAsia="Yu Gothic" w:hAnsi="Yu Gothic"/>
                <w:sz w:val="18"/>
                <w:lang w:eastAsia="ja-JP"/>
              </w:rPr>
              <w:t>これまでの経験・知識・技能をどのように生かすか、誰と関わりながら、どのような活動に取り組</w:t>
            </w:r>
            <w:r w:rsidR="00293587">
              <w:rPr>
                <w:rFonts w:ascii="Yu Gothic" w:eastAsia="Yu Gothic" w:hAnsi="Yu Gothic" w:hint="eastAsia"/>
                <w:sz w:val="18"/>
                <w:lang w:eastAsia="ja-JP"/>
              </w:rPr>
              <w:t>んでいくか</w:t>
            </w:r>
            <w:r w:rsidRPr="000C4DE6">
              <w:rPr>
                <w:rFonts w:ascii="Yu Gothic" w:eastAsia="Yu Gothic" w:hAnsi="Yu Gothic"/>
                <w:sz w:val="18"/>
                <w:lang w:eastAsia="ja-JP"/>
              </w:rPr>
              <w:t>を、できるだけ具体的に記入してください。</w:t>
            </w:r>
          </w:p>
        </w:tc>
      </w:tr>
      <w:tr w:rsidR="00597094" w:rsidRPr="000C4DE6" w14:paraId="21169B65" w14:textId="77777777" w:rsidTr="00E15828">
        <w:trPr>
          <w:trHeight w:val="11752"/>
          <w:jc w:val="center"/>
        </w:trPr>
        <w:tc>
          <w:tcPr>
            <w:tcW w:w="10035" w:type="dxa"/>
          </w:tcPr>
          <w:p w14:paraId="679F9F2C" w14:textId="23FBC244" w:rsidR="00597094" w:rsidRPr="00F93106" w:rsidRDefault="00597094" w:rsidP="006157DB">
            <w:pPr>
              <w:spacing w:beforeLines="50" w:before="120" w:afterLines="50" w:after="120" w:line="240" w:lineRule="auto"/>
              <w:rPr>
                <w:rFonts w:ascii="Yu Gothic" w:eastAsia="Yu Gothic" w:hAnsi="Yu Gothic"/>
                <w:szCs w:val="20"/>
                <w:lang w:eastAsia="ja-JP"/>
              </w:rPr>
            </w:pPr>
            <w:r w:rsidRPr="00F93106">
              <w:rPr>
                <w:rFonts w:ascii="Yu Gothic" w:eastAsia="Yu Gothic" w:hAnsi="Yu Gothic"/>
                <w:szCs w:val="20"/>
                <w:lang w:eastAsia="ja-JP"/>
              </w:rPr>
              <w:t>《記入欄》</w:t>
            </w:r>
          </w:p>
          <w:p w14:paraId="63E9F2DB" w14:textId="714F5604" w:rsidR="00F93106" w:rsidRPr="00597094" w:rsidRDefault="00F93106" w:rsidP="006157DB">
            <w:pPr>
              <w:spacing w:beforeLines="50" w:before="120" w:afterLines="50" w:after="120" w:line="240" w:lineRule="auto"/>
              <w:rPr>
                <w:rFonts w:ascii="Yu Gothic" w:eastAsia="Yu Gothic" w:hAnsi="Yu Gothic"/>
                <w:szCs w:val="20"/>
                <w:lang w:eastAsia="ja-JP"/>
              </w:rPr>
            </w:pPr>
          </w:p>
        </w:tc>
      </w:tr>
    </w:tbl>
    <w:p w14:paraId="402AA40F" w14:textId="77777777" w:rsidR="00A41DCF" w:rsidRPr="000C4DE6" w:rsidRDefault="00000000">
      <w:pPr>
        <w:rPr>
          <w:rFonts w:ascii="Yu Gothic" w:eastAsia="Yu Gothic" w:hAnsi="Yu Gothic"/>
          <w:lang w:eastAsia="ja-JP"/>
        </w:rPr>
      </w:pPr>
      <w:r w:rsidRPr="000C4DE6">
        <w:rPr>
          <w:rFonts w:ascii="Yu Gothic" w:eastAsia="Yu Gothic" w:hAnsi="Yu Gothic"/>
          <w:lang w:eastAsia="ja-JP"/>
        </w:rPr>
        <w:br w:type="page"/>
      </w:r>
    </w:p>
    <w:p w14:paraId="3EE4B275" w14:textId="77777777" w:rsidR="00A41DCF" w:rsidRPr="000C4DE6" w:rsidRDefault="00000000">
      <w:pPr>
        <w:spacing w:after="40" w:line="240" w:lineRule="auto"/>
        <w:rPr>
          <w:rFonts w:ascii="Yu Gothic" w:eastAsia="Yu Gothic" w:hAnsi="Yu Gothic"/>
        </w:rPr>
      </w:pPr>
      <w:r w:rsidRPr="000C4DE6">
        <w:rPr>
          <w:rFonts w:ascii="Yu Gothic" w:eastAsia="Yu Gothic" w:hAnsi="Yu Gothic"/>
          <w:sz w:val="18"/>
        </w:rPr>
        <w:lastRenderedPageBreak/>
        <w:t>第2号様式</w:t>
      </w:r>
    </w:p>
    <w:p w14:paraId="0080C86F" w14:textId="5E5B71A3" w:rsidR="00A41DCF" w:rsidRPr="000C4DE6" w:rsidRDefault="00A41DCF">
      <w:pPr>
        <w:spacing w:after="160" w:line="240" w:lineRule="auto"/>
        <w:jc w:val="center"/>
        <w:rPr>
          <w:rFonts w:ascii="Yu Gothic" w:eastAsia="Yu Gothic" w:hAnsi="Yu Gothic"/>
        </w:rPr>
      </w:pP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0035"/>
      </w:tblGrid>
      <w:tr w:rsidR="00A41DCF" w:rsidRPr="000C4DE6" w14:paraId="48050600" w14:textId="77777777" w:rsidTr="00E15828">
        <w:trPr>
          <w:trHeight w:val="397"/>
          <w:jc w:val="center"/>
        </w:trPr>
        <w:tc>
          <w:tcPr>
            <w:tcW w:w="10035" w:type="dxa"/>
            <w:shd w:val="clear" w:color="auto" w:fill="D9EAF7"/>
            <w:vAlign w:val="center"/>
          </w:tcPr>
          <w:p w14:paraId="4D54C48C" w14:textId="77777777" w:rsidR="00A41DCF" w:rsidRPr="006157DB" w:rsidRDefault="00000000" w:rsidP="00F93106">
            <w:pPr>
              <w:spacing w:after="0" w:line="240" w:lineRule="auto"/>
              <w:rPr>
                <w:rFonts w:ascii="Yu Gothic" w:eastAsia="Yu Gothic" w:hAnsi="Yu Gothic"/>
                <w:sz w:val="19"/>
                <w:szCs w:val="19"/>
                <w:lang w:eastAsia="ja-JP"/>
              </w:rPr>
            </w:pPr>
            <w:r w:rsidRPr="006157DB">
              <w:rPr>
                <w:rFonts w:ascii="Yu Gothic" w:eastAsia="Yu Gothic" w:hAnsi="Yu Gothic"/>
                <w:b/>
                <w:sz w:val="19"/>
                <w:szCs w:val="19"/>
                <w:lang w:eastAsia="ja-JP"/>
              </w:rPr>
              <w:t>③ ①・②に関連して、補足したいことを記入してください。</w:t>
            </w:r>
          </w:p>
        </w:tc>
      </w:tr>
      <w:tr w:rsidR="00A41DCF" w:rsidRPr="000C4DE6" w14:paraId="13DAA45B" w14:textId="77777777" w:rsidTr="00E15828">
        <w:trPr>
          <w:trHeight w:val="1644"/>
          <w:jc w:val="center"/>
        </w:trPr>
        <w:tc>
          <w:tcPr>
            <w:tcW w:w="10035" w:type="dxa"/>
            <w:shd w:val="clear" w:color="auto" w:fill="F7F7F7"/>
            <w:vAlign w:val="center"/>
          </w:tcPr>
          <w:p w14:paraId="1DE31101" w14:textId="77777777" w:rsidR="00476B1B" w:rsidRDefault="00000000" w:rsidP="00F93106">
            <w:pPr>
              <w:spacing w:after="0" w:line="252" w:lineRule="auto"/>
              <w:rPr>
                <w:rFonts w:ascii="Yu Gothic" w:eastAsia="Yu Gothic" w:hAnsi="Yu Gothic"/>
                <w:sz w:val="18"/>
                <w:lang w:eastAsia="ja-JP"/>
              </w:rPr>
            </w:pPr>
            <w:r w:rsidRPr="000C4DE6">
              <w:rPr>
                <w:rFonts w:ascii="Yu Gothic" w:eastAsia="Yu Gothic" w:hAnsi="Yu Gothic"/>
                <w:sz w:val="18"/>
                <w:lang w:eastAsia="ja-JP"/>
              </w:rPr>
              <w:t>【記入例】</w:t>
            </w:r>
          </w:p>
          <w:p w14:paraId="51A05537" w14:textId="77777777" w:rsidR="00476B1B" w:rsidRDefault="00000000" w:rsidP="00F93106">
            <w:pPr>
              <w:spacing w:after="0" w:line="252" w:lineRule="auto"/>
              <w:rPr>
                <w:rFonts w:ascii="Yu Gothic" w:eastAsia="Yu Gothic" w:hAnsi="Yu Gothic"/>
                <w:sz w:val="18"/>
                <w:lang w:eastAsia="ja-JP"/>
              </w:rPr>
            </w:pPr>
            <w:r w:rsidRPr="000C4DE6">
              <w:rPr>
                <w:rFonts w:ascii="Yu Gothic" w:eastAsia="Yu Gothic" w:hAnsi="Yu Gothic"/>
                <w:sz w:val="18"/>
                <w:lang w:eastAsia="ja-JP"/>
              </w:rPr>
              <w:t>・火山マイスターの認定を受けようと考えた動機</w:t>
            </w:r>
          </w:p>
          <w:p w14:paraId="61533F5E" w14:textId="77777777" w:rsidR="00476B1B" w:rsidRDefault="00000000" w:rsidP="00F93106">
            <w:pPr>
              <w:spacing w:after="0" w:line="252" w:lineRule="auto"/>
              <w:rPr>
                <w:rFonts w:ascii="Yu Gothic" w:eastAsia="Yu Gothic" w:hAnsi="Yu Gothic"/>
                <w:sz w:val="18"/>
                <w:lang w:eastAsia="ja-JP"/>
              </w:rPr>
            </w:pPr>
            <w:r w:rsidRPr="000C4DE6">
              <w:rPr>
                <w:rFonts w:ascii="Yu Gothic" w:eastAsia="Yu Gothic" w:hAnsi="Yu Gothic"/>
                <w:sz w:val="18"/>
                <w:lang w:eastAsia="ja-JP"/>
              </w:rPr>
              <w:t>・これまでに取り組んできた学習や活動、その中で得た経験</w:t>
            </w:r>
          </w:p>
          <w:p w14:paraId="03C4115C" w14:textId="74F475AC" w:rsidR="00A41DCF" w:rsidRPr="000C4DE6" w:rsidRDefault="00000000" w:rsidP="00F93106">
            <w:pPr>
              <w:spacing w:after="0" w:line="252" w:lineRule="auto"/>
              <w:rPr>
                <w:rFonts w:ascii="Yu Gothic" w:eastAsia="Yu Gothic" w:hAnsi="Yu Gothic"/>
                <w:lang w:eastAsia="ja-JP"/>
              </w:rPr>
            </w:pPr>
            <w:r w:rsidRPr="000C4DE6">
              <w:rPr>
                <w:rFonts w:ascii="Yu Gothic" w:eastAsia="Yu Gothic" w:hAnsi="Yu Gothic"/>
                <w:sz w:val="18"/>
                <w:lang w:eastAsia="ja-JP"/>
              </w:rPr>
              <w:t>・今後さらに学びたいこと、身につけたいこと　など</w:t>
            </w:r>
          </w:p>
        </w:tc>
      </w:tr>
      <w:tr w:rsidR="00476B1B" w:rsidRPr="00F93106" w14:paraId="173F50BF" w14:textId="77777777" w:rsidTr="00E15828">
        <w:trPr>
          <w:trHeight w:val="11261"/>
          <w:jc w:val="center"/>
        </w:trPr>
        <w:tc>
          <w:tcPr>
            <w:tcW w:w="10035" w:type="dxa"/>
          </w:tcPr>
          <w:p w14:paraId="031802B4" w14:textId="77777777" w:rsidR="00476B1B" w:rsidRPr="00F93106" w:rsidRDefault="00476B1B" w:rsidP="00F93106">
            <w:pPr>
              <w:spacing w:beforeLines="50" w:before="120" w:afterLines="50" w:after="120" w:line="240" w:lineRule="auto"/>
              <w:rPr>
                <w:rFonts w:ascii="Yu Gothic" w:eastAsia="Yu Gothic" w:hAnsi="Yu Gothic"/>
                <w:szCs w:val="20"/>
                <w:lang w:eastAsia="ja-JP"/>
              </w:rPr>
            </w:pPr>
            <w:r w:rsidRPr="00F93106">
              <w:rPr>
                <w:rFonts w:ascii="Yu Gothic" w:eastAsia="Yu Gothic" w:hAnsi="Yu Gothic"/>
                <w:szCs w:val="20"/>
                <w:lang w:eastAsia="ja-JP"/>
              </w:rPr>
              <w:t>《記入欄》</w:t>
            </w:r>
          </w:p>
          <w:p w14:paraId="622742EC" w14:textId="5423C268" w:rsidR="00F93106" w:rsidRPr="00F93106" w:rsidRDefault="00F93106" w:rsidP="00F93106">
            <w:pPr>
              <w:spacing w:beforeLines="50" w:before="120" w:afterLines="50" w:after="120" w:line="240" w:lineRule="auto"/>
              <w:rPr>
                <w:rFonts w:ascii="Yu Gothic" w:eastAsia="Yu Gothic" w:hAnsi="Yu Gothic"/>
                <w:szCs w:val="20"/>
                <w:lang w:eastAsia="ja-JP"/>
              </w:rPr>
            </w:pPr>
          </w:p>
        </w:tc>
      </w:tr>
    </w:tbl>
    <w:p w14:paraId="25764C2B" w14:textId="5FB0A755" w:rsidR="00A41DCF" w:rsidRPr="000C4DE6" w:rsidRDefault="00000000">
      <w:pPr>
        <w:spacing w:before="40" w:after="0" w:line="240" w:lineRule="auto"/>
        <w:rPr>
          <w:rFonts w:ascii="Yu Gothic" w:eastAsia="Yu Gothic" w:hAnsi="Yu Gothic"/>
          <w:lang w:eastAsia="ja-JP"/>
        </w:rPr>
      </w:pPr>
      <w:r w:rsidRPr="000C4DE6">
        <w:rPr>
          <w:rFonts w:ascii="Yu Gothic" w:eastAsia="Yu Gothic" w:hAnsi="Yu Gothic"/>
          <w:sz w:val="16"/>
          <w:lang w:eastAsia="ja-JP"/>
        </w:rPr>
        <w:t>注：</w:t>
      </w:r>
      <w:r w:rsidR="004C047F" w:rsidRPr="004C047F">
        <w:rPr>
          <w:rFonts w:ascii="Yu Gothic" w:eastAsia="Yu Gothic" w:hAnsi="Yu Gothic"/>
          <w:sz w:val="16"/>
          <w:lang w:eastAsia="ja-JP"/>
        </w:rPr>
        <w:t>参考資料</w:t>
      </w:r>
      <w:r w:rsidR="004C047F">
        <w:rPr>
          <w:rFonts w:ascii="Yu Gothic" w:eastAsia="Yu Gothic" w:hAnsi="Yu Gothic" w:hint="eastAsia"/>
          <w:sz w:val="16"/>
          <w:lang w:eastAsia="ja-JP"/>
        </w:rPr>
        <w:t>がある場合は</w:t>
      </w:r>
      <w:r w:rsidRPr="000C4DE6">
        <w:rPr>
          <w:rFonts w:ascii="Yu Gothic" w:eastAsia="Yu Gothic" w:hAnsi="Yu Gothic"/>
          <w:sz w:val="16"/>
          <w:lang w:eastAsia="ja-JP"/>
        </w:rPr>
        <w:t>別紙を添付してください。</w:t>
      </w:r>
    </w:p>
    <w:p w14:paraId="4654CFDC" w14:textId="77777777" w:rsidR="00A41DCF" w:rsidRPr="000C4DE6" w:rsidRDefault="00000000">
      <w:pPr>
        <w:rPr>
          <w:rFonts w:ascii="Yu Gothic" w:eastAsia="Yu Gothic" w:hAnsi="Yu Gothic"/>
          <w:lang w:eastAsia="ja-JP"/>
        </w:rPr>
      </w:pPr>
      <w:r w:rsidRPr="000C4DE6">
        <w:rPr>
          <w:rFonts w:ascii="Yu Gothic" w:eastAsia="Yu Gothic" w:hAnsi="Yu Gothic"/>
          <w:lang w:eastAsia="ja-JP"/>
        </w:rPr>
        <w:br w:type="page"/>
      </w:r>
    </w:p>
    <w:p w14:paraId="3EB6F447" w14:textId="77777777" w:rsidR="00A41DCF" w:rsidRPr="000C4DE6" w:rsidRDefault="00000000">
      <w:pPr>
        <w:spacing w:after="40" w:line="240" w:lineRule="auto"/>
        <w:rPr>
          <w:rFonts w:ascii="Yu Gothic" w:eastAsia="Yu Gothic" w:hAnsi="Yu Gothic"/>
          <w:lang w:eastAsia="ja-JP"/>
        </w:rPr>
      </w:pPr>
      <w:r w:rsidRPr="000C4DE6">
        <w:rPr>
          <w:rFonts w:ascii="Yu Gothic" w:eastAsia="Yu Gothic" w:hAnsi="Yu Gothic"/>
          <w:sz w:val="18"/>
          <w:lang w:eastAsia="ja-JP"/>
        </w:rPr>
        <w:lastRenderedPageBreak/>
        <w:t>第3号様式</w:t>
      </w:r>
    </w:p>
    <w:p w14:paraId="0BC61AF8" w14:textId="77777777" w:rsidR="00A41DCF" w:rsidRPr="000C4DE6" w:rsidRDefault="00000000">
      <w:pPr>
        <w:spacing w:after="60" w:line="240" w:lineRule="auto"/>
        <w:jc w:val="center"/>
        <w:rPr>
          <w:rFonts w:ascii="Yu Gothic" w:eastAsia="Yu Gothic" w:hAnsi="Yu Gothic"/>
          <w:lang w:eastAsia="ja-JP"/>
        </w:rPr>
      </w:pPr>
      <w:r w:rsidRPr="000C4DE6">
        <w:rPr>
          <w:rFonts w:ascii="Yu Gothic" w:eastAsia="Yu Gothic" w:hAnsi="Yu Gothic"/>
          <w:lang w:eastAsia="ja-JP"/>
        </w:rPr>
        <w:t>（洞爺湖有珠火山マイスター認定審査申込書）</w:t>
      </w:r>
    </w:p>
    <w:p w14:paraId="4A054108" w14:textId="77777777" w:rsidR="00A41DCF" w:rsidRPr="000C4DE6" w:rsidRDefault="00000000">
      <w:pPr>
        <w:spacing w:after="160" w:line="240" w:lineRule="auto"/>
        <w:jc w:val="center"/>
        <w:rPr>
          <w:rFonts w:ascii="Yu Gothic" w:eastAsia="Yu Gothic" w:hAnsi="Yu Gothic"/>
        </w:rPr>
      </w:pPr>
      <w:proofErr w:type="spellStart"/>
      <w:r w:rsidRPr="000C4DE6">
        <w:rPr>
          <w:rFonts w:ascii="Yu Gothic" w:eastAsia="Yu Gothic" w:hAnsi="Yu Gothic"/>
          <w:b/>
          <w:sz w:val="32"/>
        </w:rPr>
        <w:t>活動等経歴書</w:t>
      </w:r>
      <w:proofErr w:type="spellEnd"/>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681"/>
        <w:gridCol w:w="1757"/>
        <w:gridCol w:w="2212"/>
        <w:gridCol w:w="567"/>
        <w:gridCol w:w="4818"/>
      </w:tblGrid>
      <w:tr w:rsidR="00A41DCF" w:rsidRPr="000C4DE6" w14:paraId="5BF3121D" w14:textId="77777777" w:rsidTr="00E15828">
        <w:trPr>
          <w:trHeight w:val="539"/>
          <w:jc w:val="center"/>
        </w:trPr>
        <w:tc>
          <w:tcPr>
            <w:tcW w:w="2438" w:type="dxa"/>
            <w:gridSpan w:val="2"/>
            <w:shd w:val="clear" w:color="auto" w:fill="F2F2F2"/>
            <w:vAlign w:val="center"/>
          </w:tcPr>
          <w:p w14:paraId="469CBECD" w14:textId="628A23AD" w:rsidR="00A41DCF" w:rsidRPr="000C4DE6" w:rsidRDefault="00000000">
            <w:pPr>
              <w:spacing w:after="0" w:line="240" w:lineRule="auto"/>
              <w:jc w:val="center"/>
              <w:rPr>
                <w:rFonts w:ascii="Yu Gothic" w:eastAsia="Yu Gothic" w:hAnsi="Yu Gothic"/>
              </w:rPr>
            </w:pPr>
            <w:proofErr w:type="spellStart"/>
            <w:r w:rsidRPr="000C4DE6">
              <w:rPr>
                <w:rFonts w:ascii="Yu Gothic" w:eastAsia="Yu Gothic" w:hAnsi="Yu Gothic"/>
                <w:b/>
                <w:sz w:val="19"/>
              </w:rPr>
              <w:t>ふりがな</w:t>
            </w:r>
            <w:proofErr w:type="spellEnd"/>
          </w:p>
        </w:tc>
        <w:tc>
          <w:tcPr>
            <w:tcW w:w="7597" w:type="dxa"/>
            <w:gridSpan w:val="3"/>
            <w:vAlign w:val="center"/>
          </w:tcPr>
          <w:p w14:paraId="065091B9" w14:textId="42210919" w:rsidR="00A41DCF" w:rsidRPr="000C4DE6" w:rsidRDefault="00A41DCF" w:rsidP="00C057F1">
            <w:pPr>
              <w:spacing w:after="0" w:line="240" w:lineRule="auto"/>
              <w:rPr>
                <w:rFonts w:ascii="Yu Gothic" w:eastAsia="Yu Gothic" w:hAnsi="Yu Gothic"/>
                <w:lang w:eastAsia="ja-JP"/>
              </w:rPr>
            </w:pPr>
          </w:p>
        </w:tc>
      </w:tr>
      <w:tr w:rsidR="00A41DCF" w:rsidRPr="000C4DE6" w14:paraId="201ECF8A" w14:textId="77777777" w:rsidTr="00E15828">
        <w:trPr>
          <w:trHeight w:val="539"/>
          <w:jc w:val="center"/>
        </w:trPr>
        <w:tc>
          <w:tcPr>
            <w:tcW w:w="2438" w:type="dxa"/>
            <w:gridSpan w:val="2"/>
            <w:shd w:val="clear" w:color="auto" w:fill="F2F2F2"/>
            <w:vAlign w:val="center"/>
          </w:tcPr>
          <w:p w14:paraId="170ACD50" w14:textId="77777777" w:rsidR="00A41DCF" w:rsidRPr="000C4DE6" w:rsidRDefault="00000000">
            <w:pPr>
              <w:spacing w:after="0" w:line="240" w:lineRule="auto"/>
              <w:jc w:val="center"/>
              <w:rPr>
                <w:rFonts w:ascii="Yu Gothic" w:eastAsia="Yu Gothic" w:hAnsi="Yu Gothic"/>
              </w:rPr>
            </w:pPr>
            <w:r w:rsidRPr="000C4DE6">
              <w:rPr>
                <w:rFonts w:ascii="Yu Gothic" w:eastAsia="Yu Gothic" w:hAnsi="Yu Gothic"/>
                <w:b/>
                <w:sz w:val="19"/>
              </w:rPr>
              <w:t>氏名</w:t>
            </w:r>
          </w:p>
        </w:tc>
        <w:tc>
          <w:tcPr>
            <w:tcW w:w="7597" w:type="dxa"/>
            <w:gridSpan w:val="3"/>
            <w:vAlign w:val="center"/>
          </w:tcPr>
          <w:p w14:paraId="14732352" w14:textId="2E762E8E" w:rsidR="00A41DCF" w:rsidRPr="000C4DE6" w:rsidRDefault="00A41DCF" w:rsidP="00C057F1">
            <w:pPr>
              <w:spacing w:after="0" w:line="240" w:lineRule="auto"/>
              <w:rPr>
                <w:rFonts w:ascii="Yu Gothic" w:eastAsia="Yu Gothic" w:hAnsi="Yu Gothic"/>
              </w:rPr>
            </w:pPr>
          </w:p>
        </w:tc>
      </w:tr>
      <w:tr w:rsidR="00C97611" w:rsidRPr="000C4DE6" w14:paraId="6209902C" w14:textId="77777777" w:rsidTr="00E15828">
        <w:trPr>
          <w:trHeight w:val="539"/>
          <w:jc w:val="center"/>
        </w:trPr>
        <w:tc>
          <w:tcPr>
            <w:tcW w:w="681" w:type="dxa"/>
            <w:vMerge w:val="restart"/>
            <w:shd w:val="clear" w:color="auto" w:fill="F2F2F2"/>
            <w:textDirection w:val="tbRlV"/>
            <w:vAlign w:val="center"/>
          </w:tcPr>
          <w:p w14:paraId="6FC7D673" w14:textId="0BE92F81" w:rsidR="00C97611" w:rsidRPr="000C4DE6" w:rsidRDefault="00EC2554" w:rsidP="00C057F1">
            <w:pPr>
              <w:spacing w:afterLines="50" w:after="120" w:line="240" w:lineRule="auto"/>
              <w:ind w:left="113" w:right="113"/>
              <w:jc w:val="center"/>
              <w:rPr>
                <w:rFonts w:ascii="Yu Gothic" w:eastAsia="Yu Gothic" w:hAnsi="Yu Gothic"/>
                <w:b/>
                <w:sz w:val="19"/>
              </w:rPr>
            </w:pPr>
            <w:proofErr w:type="spellStart"/>
            <w:r w:rsidRPr="00EC2554">
              <w:rPr>
                <w:rFonts w:ascii="Yu Gothic" w:eastAsia="Yu Gothic" w:hAnsi="Yu Gothic"/>
                <w:b/>
                <w:sz w:val="19"/>
              </w:rPr>
              <w:t>学歴（任意</w:t>
            </w:r>
            <w:proofErr w:type="spellEnd"/>
            <w:r w:rsidRPr="00EC2554">
              <w:rPr>
                <w:rFonts w:ascii="Yu Gothic" w:eastAsia="Yu Gothic" w:hAnsi="Yu Gothic"/>
                <w:b/>
                <w:sz w:val="19"/>
              </w:rPr>
              <w:t>）</w:t>
            </w:r>
          </w:p>
        </w:tc>
        <w:tc>
          <w:tcPr>
            <w:tcW w:w="1757" w:type="dxa"/>
            <w:vAlign w:val="center"/>
          </w:tcPr>
          <w:p w14:paraId="1E40CE7B" w14:textId="64FE55C3" w:rsidR="00C97611" w:rsidRPr="00C057F1" w:rsidRDefault="000109DF" w:rsidP="000109DF">
            <w:pPr>
              <w:spacing w:beforeLines="50" w:before="120" w:afterLines="50" w:after="120" w:line="240" w:lineRule="auto"/>
              <w:jc w:val="center"/>
              <w:rPr>
                <w:rFonts w:ascii="Yu Gothic" w:eastAsia="Yu Gothic" w:hAnsi="Yu Gothic"/>
                <w:bCs/>
                <w:szCs w:val="20"/>
                <w:lang w:eastAsia="ja-JP"/>
              </w:rPr>
            </w:pPr>
            <w:r>
              <w:rPr>
                <w:rFonts w:ascii="Yu Gothic" w:eastAsia="Yu Gothic" w:hAnsi="Yu Gothic" w:hint="eastAsia"/>
                <w:bCs/>
                <w:szCs w:val="20"/>
                <w:lang w:eastAsia="ja-JP"/>
              </w:rPr>
              <w:t xml:space="preserve">　　　</w:t>
            </w:r>
            <w:r w:rsidR="00C057F1" w:rsidRPr="00C057F1">
              <w:rPr>
                <w:rFonts w:ascii="Yu Gothic" w:eastAsia="Yu Gothic" w:hAnsi="Yu Gothic" w:hint="eastAsia"/>
                <w:bCs/>
                <w:szCs w:val="20"/>
                <w:lang w:eastAsia="ja-JP"/>
              </w:rPr>
              <w:t>年</w:t>
            </w:r>
          </w:p>
        </w:tc>
        <w:tc>
          <w:tcPr>
            <w:tcW w:w="7597" w:type="dxa"/>
            <w:gridSpan w:val="3"/>
            <w:vAlign w:val="center"/>
          </w:tcPr>
          <w:p w14:paraId="373E09C5" w14:textId="06E4BD5B" w:rsidR="00C97611" w:rsidRPr="000C4DE6" w:rsidRDefault="00C97611" w:rsidP="00C057F1">
            <w:pPr>
              <w:spacing w:after="0" w:line="240" w:lineRule="auto"/>
              <w:rPr>
                <w:rFonts w:ascii="Yu Gothic" w:eastAsia="Yu Gothic" w:hAnsi="Yu Gothic"/>
              </w:rPr>
            </w:pPr>
          </w:p>
        </w:tc>
      </w:tr>
      <w:tr w:rsidR="00C057F1" w:rsidRPr="000C4DE6" w14:paraId="7FDAF88B" w14:textId="77777777" w:rsidTr="00E15828">
        <w:trPr>
          <w:trHeight w:val="539"/>
          <w:jc w:val="center"/>
        </w:trPr>
        <w:tc>
          <w:tcPr>
            <w:tcW w:w="681" w:type="dxa"/>
            <w:vMerge/>
            <w:shd w:val="clear" w:color="auto" w:fill="F2F2F2"/>
            <w:vAlign w:val="center"/>
          </w:tcPr>
          <w:p w14:paraId="1AF76FF3" w14:textId="77777777" w:rsidR="00C057F1" w:rsidRPr="000C4DE6" w:rsidRDefault="00C057F1" w:rsidP="00C057F1">
            <w:pPr>
              <w:spacing w:after="0" w:line="240" w:lineRule="auto"/>
              <w:jc w:val="center"/>
              <w:rPr>
                <w:rFonts w:ascii="Yu Gothic" w:eastAsia="Yu Gothic" w:hAnsi="Yu Gothic"/>
                <w:b/>
                <w:sz w:val="19"/>
              </w:rPr>
            </w:pPr>
          </w:p>
        </w:tc>
        <w:tc>
          <w:tcPr>
            <w:tcW w:w="1757" w:type="dxa"/>
          </w:tcPr>
          <w:p w14:paraId="300A1AE3" w14:textId="320DBCDF" w:rsidR="00C057F1" w:rsidRPr="000C4DE6" w:rsidRDefault="000109DF" w:rsidP="000109DF">
            <w:pPr>
              <w:wordWrap w:val="0"/>
              <w:spacing w:beforeLines="50" w:before="120" w:afterLines="50" w:after="120" w:line="240" w:lineRule="auto"/>
              <w:jc w:val="center"/>
              <w:rPr>
                <w:rFonts w:ascii="Yu Gothic" w:eastAsia="Yu Gothic" w:hAnsi="Yu Gothic"/>
                <w:b/>
                <w:sz w:val="19"/>
              </w:rPr>
            </w:pPr>
            <w:r>
              <w:rPr>
                <w:rFonts w:ascii="Yu Gothic" w:eastAsia="Yu Gothic" w:hAnsi="Yu Gothic" w:hint="eastAsia"/>
                <w:bCs/>
                <w:szCs w:val="20"/>
                <w:lang w:eastAsia="ja-JP"/>
              </w:rPr>
              <w:t xml:space="preserve">　　　</w:t>
            </w:r>
            <w:r w:rsidR="00C057F1" w:rsidRPr="007B566B">
              <w:rPr>
                <w:rFonts w:ascii="Yu Gothic" w:eastAsia="Yu Gothic" w:hAnsi="Yu Gothic" w:hint="eastAsia"/>
                <w:bCs/>
                <w:szCs w:val="20"/>
                <w:lang w:eastAsia="ja-JP"/>
              </w:rPr>
              <w:t>年</w:t>
            </w:r>
          </w:p>
        </w:tc>
        <w:tc>
          <w:tcPr>
            <w:tcW w:w="7597" w:type="dxa"/>
            <w:gridSpan w:val="3"/>
            <w:vAlign w:val="center"/>
          </w:tcPr>
          <w:p w14:paraId="0EB639FB" w14:textId="1040EF47" w:rsidR="00C057F1" w:rsidRPr="000C4DE6" w:rsidRDefault="00C057F1" w:rsidP="00C057F1">
            <w:pPr>
              <w:spacing w:after="0" w:line="240" w:lineRule="auto"/>
              <w:rPr>
                <w:rFonts w:ascii="Yu Gothic" w:eastAsia="Yu Gothic" w:hAnsi="Yu Gothic"/>
              </w:rPr>
            </w:pPr>
          </w:p>
        </w:tc>
      </w:tr>
      <w:tr w:rsidR="00C057F1" w:rsidRPr="000C4DE6" w14:paraId="5A8AE209" w14:textId="77777777" w:rsidTr="00E15828">
        <w:trPr>
          <w:trHeight w:val="539"/>
          <w:jc w:val="center"/>
        </w:trPr>
        <w:tc>
          <w:tcPr>
            <w:tcW w:w="681" w:type="dxa"/>
            <w:vMerge/>
            <w:shd w:val="clear" w:color="auto" w:fill="F2F2F2"/>
            <w:vAlign w:val="center"/>
          </w:tcPr>
          <w:p w14:paraId="46DE8C27" w14:textId="77777777" w:rsidR="00C057F1" w:rsidRPr="000C4DE6" w:rsidRDefault="00C057F1" w:rsidP="00C057F1">
            <w:pPr>
              <w:spacing w:after="0" w:line="240" w:lineRule="auto"/>
              <w:jc w:val="center"/>
              <w:rPr>
                <w:rFonts w:ascii="Yu Gothic" w:eastAsia="Yu Gothic" w:hAnsi="Yu Gothic"/>
                <w:b/>
                <w:sz w:val="19"/>
              </w:rPr>
            </w:pPr>
          </w:p>
        </w:tc>
        <w:tc>
          <w:tcPr>
            <w:tcW w:w="1757" w:type="dxa"/>
          </w:tcPr>
          <w:p w14:paraId="47036C4A" w14:textId="575854DB" w:rsidR="00C057F1" w:rsidRPr="000C4DE6" w:rsidRDefault="000109DF" w:rsidP="000109DF">
            <w:pPr>
              <w:wordWrap w:val="0"/>
              <w:spacing w:beforeLines="50" w:before="120" w:afterLines="50" w:after="120" w:line="240" w:lineRule="auto"/>
              <w:jc w:val="center"/>
              <w:rPr>
                <w:rFonts w:ascii="Yu Gothic" w:eastAsia="Yu Gothic" w:hAnsi="Yu Gothic"/>
                <w:b/>
                <w:sz w:val="19"/>
              </w:rPr>
            </w:pPr>
            <w:r>
              <w:rPr>
                <w:rFonts w:ascii="Yu Gothic" w:eastAsia="Yu Gothic" w:hAnsi="Yu Gothic" w:hint="eastAsia"/>
                <w:bCs/>
                <w:szCs w:val="20"/>
                <w:lang w:eastAsia="ja-JP"/>
              </w:rPr>
              <w:t xml:space="preserve">　　　</w:t>
            </w:r>
            <w:r w:rsidR="00C057F1" w:rsidRPr="007B566B">
              <w:rPr>
                <w:rFonts w:ascii="Yu Gothic" w:eastAsia="Yu Gothic" w:hAnsi="Yu Gothic" w:hint="eastAsia"/>
                <w:bCs/>
                <w:szCs w:val="20"/>
                <w:lang w:eastAsia="ja-JP"/>
              </w:rPr>
              <w:t>年</w:t>
            </w:r>
          </w:p>
        </w:tc>
        <w:tc>
          <w:tcPr>
            <w:tcW w:w="7597" w:type="dxa"/>
            <w:gridSpan w:val="3"/>
            <w:vAlign w:val="center"/>
          </w:tcPr>
          <w:p w14:paraId="695E1CFC" w14:textId="26283882" w:rsidR="00C057F1" w:rsidRPr="000C4DE6" w:rsidRDefault="00C057F1" w:rsidP="00C057F1">
            <w:pPr>
              <w:spacing w:after="0" w:line="240" w:lineRule="auto"/>
              <w:rPr>
                <w:rFonts w:ascii="Yu Gothic" w:eastAsia="Yu Gothic" w:hAnsi="Yu Gothic"/>
              </w:rPr>
            </w:pPr>
          </w:p>
        </w:tc>
      </w:tr>
      <w:tr w:rsidR="00C057F1" w:rsidRPr="000C4DE6" w14:paraId="2B7315E1" w14:textId="77777777" w:rsidTr="00E15828">
        <w:trPr>
          <w:trHeight w:val="539"/>
          <w:jc w:val="center"/>
        </w:trPr>
        <w:tc>
          <w:tcPr>
            <w:tcW w:w="681" w:type="dxa"/>
            <w:vMerge/>
            <w:shd w:val="clear" w:color="auto" w:fill="F2F2F2"/>
            <w:vAlign w:val="center"/>
          </w:tcPr>
          <w:p w14:paraId="76632DE6" w14:textId="77777777" w:rsidR="00C057F1" w:rsidRPr="000C4DE6" w:rsidRDefault="00C057F1" w:rsidP="00C057F1">
            <w:pPr>
              <w:spacing w:after="0" w:line="240" w:lineRule="auto"/>
              <w:jc w:val="center"/>
              <w:rPr>
                <w:rFonts w:ascii="Yu Gothic" w:eastAsia="Yu Gothic" w:hAnsi="Yu Gothic"/>
                <w:b/>
                <w:sz w:val="19"/>
              </w:rPr>
            </w:pPr>
          </w:p>
        </w:tc>
        <w:tc>
          <w:tcPr>
            <w:tcW w:w="1757" w:type="dxa"/>
          </w:tcPr>
          <w:p w14:paraId="65E4953E" w14:textId="2D57D310" w:rsidR="00C057F1" w:rsidRPr="000C4DE6" w:rsidRDefault="000109DF" w:rsidP="000109DF">
            <w:pPr>
              <w:wordWrap w:val="0"/>
              <w:spacing w:beforeLines="50" w:before="120" w:afterLines="50" w:after="120" w:line="240" w:lineRule="auto"/>
              <w:jc w:val="center"/>
              <w:rPr>
                <w:rFonts w:ascii="Yu Gothic" w:eastAsia="Yu Gothic" w:hAnsi="Yu Gothic"/>
                <w:b/>
                <w:sz w:val="19"/>
              </w:rPr>
            </w:pPr>
            <w:r>
              <w:rPr>
                <w:rFonts w:ascii="Yu Gothic" w:eastAsia="Yu Gothic" w:hAnsi="Yu Gothic" w:hint="eastAsia"/>
                <w:bCs/>
                <w:szCs w:val="20"/>
                <w:lang w:eastAsia="ja-JP"/>
              </w:rPr>
              <w:t xml:space="preserve">　　　</w:t>
            </w:r>
            <w:r w:rsidR="00C057F1" w:rsidRPr="007B566B">
              <w:rPr>
                <w:rFonts w:ascii="Yu Gothic" w:eastAsia="Yu Gothic" w:hAnsi="Yu Gothic" w:hint="eastAsia"/>
                <w:bCs/>
                <w:szCs w:val="20"/>
                <w:lang w:eastAsia="ja-JP"/>
              </w:rPr>
              <w:t>年</w:t>
            </w:r>
          </w:p>
        </w:tc>
        <w:tc>
          <w:tcPr>
            <w:tcW w:w="7597" w:type="dxa"/>
            <w:gridSpan w:val="3"/>
            <w:vAlign w:val="center"/>
          </w:tcPr>
          <w:p w14:paraId="0D3E55ED" w14:textId="700C922A" w:rsidR="00C057F1" w:rsidRPr="000C4DE6" w:rsidRDefault="00C057F1" w:rsidP="00C057F1">
            <w:pPr>
              <w:spacing w:after="0" w:line="240" w:lineRule="auto"/>
              <w:rPr>
                <w:rFonts w:ascii="Yu Gothic" w:eastAsia="Yu Gothic" w:hAnsi="Yu Gothic"/>
              </w:rPr>
            </w:pPr>
          </w:p>
        </w:tc>
      </w:tr>
      <w:tr w:rsidR="00996D25" w:rsidRPr="000C4DE6" w14:paraId="1DA4E3C8" w14:textId="77777777" w:rsidTr="00E15828">
        <w:trPr>
          <w:trHeight w:val="539"/>
          <w:jc w:val="center"/>
        </w:trPr>
        <w:tc>
          <w:tcPr>
            <w:tcW w:w="681" w:type="dxa"/>
            <w:vMerge w:val="restart"/>
            <w:shd w:val="clear" w:color="auto" w:fill="F2F2F2"/>
            <w:textDirection w:val="tbRlV"/>
            <w:vAlign w:val="center"/>
          </w:tcPr>
          <w:p w14:paraId="2D697EE6" w14:textId="7DC70375" w:rsidR="00996D25" w:rsidRPr="00C057F1" w:rsidRDefault="00C057F1" w:rsidP="00996D25">
            <w:pPr>
              <w:adjustRightInd w:val="0"/>
              <w:snapToGrid w:val="0"/>
              <w:spacing w:afterLines="50" w:after="120" w:line="240" w:lineRule="auto"/>
              <w:jc w:val="center"/>
              <w:rPr>
                <w:rFonts w:ascii="Yu Gothic" w:eastAsia="Yu Gothic" w:hAnsi="Yu Gothic"/>
                <w:b/>
                <w:sz w:val="17"/>
                <w:szCs w:val="17"/>
                <w:lang w:eastAsia="ja-JP"/>
              </w:rPr>
            </w:pPr>
            <w:r w:rsidRPr="00C057F1">
              <w:rPr>
                <w:rFonts w:ascii="Yu Gothic" w:eastAsia="Yu Gothic" w:hAnsi="Yu Gothic"/>
                <w:b/>
                <w:sz w:val="17"/>
                <w:szCs w:val="17"/>
                <w:lang w:eastAsia="ja-JP"/>
              </w:rPr>
              <w:t>所属・役職</w:t>
            </w:r>
            <w:r w:rsidR="00996D25" w:rsidRPr="00C057F1">
              <w:rPr>
                <w:rFonts w:ascii="Yu Gothic" w:eastAsia="Yu Gothic" w:hAnsi="Yu Gothic"/>
                <w:b/>
                <w:sz w:val="17"/>
                <w:szCs w:val="17"/>
                <w:lang w:eastAsia="ja-JP"/>
              </w:rPr>
              <w:t>（任意</w:t>
            </w:r>
            <w:r w:rsidR="00996D25" w:rsidRPr="00C057F1">
              <w:rPr>
                <w:rFonts w:ascii="Yu Gothic" w:eastAsia="Yu Gothic" w:hAnsi="Yu Gothic" w:hint="eastAsia"/>
                <w:b/>
                <w:sz w:val="17"/>
                <w:szCs w:val="17"/>
                <w:lang w:eastAsia="ja-JP"/>
              </w:rPr>
              <w:t>）</w:t>
            </w:r>
          </w:p>
        </w:tc>
        <w:tc>
          <w:tcPr>
            <w:tcW w:w="3969" w:type="dxa"/>
            <w:gridSpan w:val="2"/>
            <w:vAlign w:val="center"/>
          </w:tcPr>
          <w:p w14:paraId="50824C56" w14:textId="77777777" w:rsidR="00996D25" w:rsidRPr="000C4DE6" w:rsidRDefault="00996D25" w:rsidP="00996D25">
            <w:pPr>
              <w:spacing w:after="0" w:line="240" w:lineRule="auto"/>
              <w:rPr>
                <w:rFonts w:ascii="Yu Gothic" w:eastAsia="Yu Gothic" w:hAnsi="Yu Gothic"/>
                <w:lang w:eastAsia="ja-JP"/>
              </w:rPr>
            </w:pPr>
          </w:p>
        </w:tc>
        <w:tc>
          <w:tcPr>
            <w:tcW w:w="567" w:type="dxa"/>
            <w:vMerge w:val="restart"/>
            <w:shd w:val="clear" w:color="auto" w:fill="F2F2F2" w:themeFill="background1" w:themeFillShade="F2"/>
            <w:textDirection w:val="tbRlV"/>
            <w:vAlign w:val="center"/>
          </w:tcPr>
          <w:p w14:paraId="411F54C7" w14:textId="5649BD32" w:rsidR="00996D25" w:rsidRPr="000C4DE6" w:rsidRDefault="00996D25" w:rsidP="00996D25">
            <w:pPr>
              <w:spacing w:afterLines="50" w:after="120" w:line="240" w:lineRule="auto"/>
              <w:jc w:val="center"/>
              <w:rPr>
                <w:rFonts w:ascii="Yu Gothic" w:eastAsia="Yu Gothic" w:hAnsi="Yu Gothic"/>
              </w:rPr>
            </w:pPr>
            <w:proofErr w:type="spellStart"/>
            <w:r w:rsidRPr="00996D25">
              <w:rPr>
                <w:rFonts w:ascii="Yu Gothic" w:eastAsia="Yu Gothic" w:hAnsi="Yu Gothic"/>
                <w:b/>
                <w:sz w:val="19"/>
              </w:rPr>
              <w:t>公職等（任意</w:t>
            </w:r>
            <w:proofErr w:type="spellEnd"/>
            <w:r w:rsidRPr="00996D25">
              <w:rPr>
                <w:rFonts w:ascii="Yu Gothic" w:eastAsia="Yu Gothic" w:hAnsi="Yu Gothic"/>
                <w:b/>
                <w:sz w:val="19"/>
              </w:rPr>
              <w:t>）</w:t>
            </w:r>
          </w:p>
        </w:tc>
        <w:tc>
          <w:tcPr>
            <w:tcW w:w="4818" w:type="dxa"/>
            <w:vAlign w:val="center"/>
          </w:tcPr>
          <w:p w14:paraId="0B5D8430" w14:textId="67FBC772" w:rsidR="00996D25" w:rsidRPr="000C4DE6" w:rsidRDefault="00996D25" w:rsidP="00996D25">
            <w:pPr>
              <w:spacing w:after="0" w:line="240" w:lineRule="auto"/>
              <w:rPr>
                <w:rFonts w:ascii="Yu Gothic" w:eastAsia="Yu Gothic" w:hAnsi="Yu Gothic"/>
              </w:rPr>
            </w:pPr>
          </w:p>
        </w:tc>
      </w:tr>
      <w:tr w:rsidR="00996D25" w:rsidRPr="000C4DE6" w14:paraId="7ACF36D7" w14:textId="77777777" w:rsidTr="00E15828">
        <w:trPr>
          <w:trHeight w:val="539"/>
          <w:jc w:val="center"/>
        </w:trPr>
        <w:tc>
          <w:tcPr>
            <w:tcW w:w="681" w:type="dxa"/>
            <w:vMerge/>
            <w:shd w:val="clear" w:color="auto" w:fill="F2F2F2"/>
            <w:vAlign w:val="center"/>
          </w:tcPr>
          <w:p w14:paraId="671D357E" w14:textId="77777777" w:rsidR="00996D25" w:rsidRPr="000C4DE6" w:rsidRDefault="00996D25" w:rsidP="00996D25">
            <w:pPr>
              <w:spacing w:after="0" w:line="240" w:lineRule="auto"/>
              <w:jc w:val="center"/>
              <w:rPr>
                <w:rFonts w:ascii="Yu Gothic" w:eastAsia="Yu Gothic" w:hAnsi="Yu Gothic"/>
                <w:b/>
                <w:sz w:val="19"/>
              </w:rPr>
            </w:pPr>
          </w:p>
        </w:tc>
        <w:tc>
          <w:tcPr>
            <w:tcW w:w="3969" w:type="dxa"/>
            <w:gridSpan w:val="2"/>
            <w:vAlign w:val="center"/>
          </w:tcPr>
          <w:p w14:paraId="669A0B4C" w14:textId="77777777" w:rsidR="00996D25" w:rsidRPr="000C4DE6" w:rsidRDefault="00996D25" w:rsidP="00996D25">
            <w:pPr>
              <w:spacing w:after="0" w:line="240" w:lineRule="auto"/>
              <w:rPr>
                <w:rFonts w:ascii="Yu Gothic" w:eastAsia="Yu Gothic" w:hAnsi="Yu Gothic"/>
              </w:rPr>
            </w:pPr>
          </w:p>
        </w:tc>
        <w:tc>
          <w:tcPr>
            <w:tcW w:w="567" w:type="dxa"/>
            <w:vMerge/>
            <w:shd w:val="clear" w:color="auto" w:fill="F2F2F2" w:themeFill="background1" w:themeFillShade="F2"/>
            <w:vAlign w:val="center"/>
          </w:tcPr>
          <w:p w14:paraId="3EB0625D" w14:textId="77777777" w:rsidR="00996D25" w:rsidRPr="000C4DE6" w:rsidRDefault="00996D25" w:rsidP="00996D25">
            <w:pPr>
              <w:spacing w:after="0" w:line="240" w:lineRule="auto"/>
              <w:jc w:val="center"/>
              <w:rPr>
                <w:rFonts w:ascii="Yu Gothic" w:eastAsia="Yu Gothic" w:hAnsi="Yu Gothic"/>
              </w:rPr>
            </w:pPr>
          </w:p>
        </w:tc>
        <w:tc>
          <w:tcPr>
            <w:tcW w:w="4818" w:type="dxa"/>
            <w:vAlign w:val="center"/>
          </w:tcPr>
          <w:p w14:paraId="0FBA5803" w14:textId="77777777" w:rsidR="00996D25" w:rsidRPr="000C4DE6" w:rsidRDefault="00996D25" w:rsidP="00996D25">
            <w:pPr>
              <w:spacing w:after="0" w:line="240" w:lineRule="auto"/>
              <w:rPr>
                <w:rFonts w:ascii="Yu Gothic" w:eastAsia="Yu Gothic" w:hAnsi="Yu Gothic"/>
              </w:rPr>
            </w:pPr>
          </w:p>
        </w:tc>
      </w:tr>
      <w:tr w:rsidR="00996D25" w:rsidRPr="000C4DE6" w14:paraId="5767753A" w14:textId="77777777" w:rsidTr="00E15828">
        <w:trPr>
          <w:trHeight w:val="539"/>
          <w:jc w:val="center"/>
        </w:trPr>
        <w:tc>
          <w:tcPr>
            <w:tcW w:w="681" w:type="dxa"/>
            <w:vMerge/>
            <w:shd w:val="clear" w:color="auto" w:fill="F2F2F2"/>
            <w:vAlign w:val="center"/>
          </w:tcPr>
          <w:p w14:paraId="7A77C871" w14:textId="77777777" w:rsidR="00996D25" w:rsidRPr="000C4DE6" w:rsidRDefault="00996D25" w:rsidP="00996D25">
            <w:pPr>
              <w:spacing w:after="0" w:line="240" w:lineRule="auto"/>
              <w:jc w:val="center"/>
              <w:rPr>
                <w:rFonts w:ascii="Yu Gothic" w:eastAsia="Yu Gothic" w:hAnsi="Yu Gothic"/>
                <w:b/>
                <w:sz w:val="19"/>
              </w:rPr>
            </w:pPr>
          </w:p>
        </w:tc>
        <w:tc>
          <w:tcPr>
            <w:tcW w:w="3969" w:type="dxa"/>
            <w:gridSpan w:val="2"/>
            <w:vAlign w:val="center"/>
          </w:tcPr>
          <w:p w14:paraId="60519E72" w14:textId="77777777" w:rsidR="00996D25" w:rsidRPr="000C4DE6" w:rsidRDefault="00996D25" w:rsidP="00996D25">
            <w:pPr>
              <w:spacing w:after="0" w:line="240" w:lineRule="auto"/>
              <w:rPr>
                <w:rFonts w:ascii="Yu Gothic" w:eastAsia="Yu Gothic" w:hAnsi="Yu Gothic"/>
              </w:rPr>
            </w:pPr>
          </w:p>
        </w:tc>
        <w:tc>
          <w:tcPr>
            <w:tcW w:w="567" w:type="dxa"/>
            <w:vMerge/>
            <w:shd w:val="clear" w:color="auto" w:fill="F2F2F2" w:themeFill="background1" w:themeFillShade="F2"/>
            <w:vAlign w:val="center"/>
          </w:tcPr>
          <w:p w14:paraId="36385DF2" w14:textId="77777777" w:rsidR="00996D25" w:rsidRPr="000C4DE6" w:rsidRDefault="00996D25" w:rsidP="00996D25">
            <w:pPr>
              <w:spacing w:after="0" w:line="240" w:lineRule="auto"/>
              <w:jc w:val="center"/>
              <w:rPr>
                <w:rFonts w:ascii="Yu Gothic" w:eastAsia="Yu Gothic" w:hAnsi="Yu Gothic"/>
              </w:rPr>
            </w:pPr>
          </w:p>
        </w:tc>
        <w:tc>
          <w:tcPr>
            <w:tcW w:w="4818" w:type="dxa"/>
            <w:vAlign w:val="center"/>
          </w:tcPr>
          <w:p w14:paraId="2B78E149" w14:textId="77777777" w:rsidR="00996D25" w:rsidRPr="000C4DE6" w:rsidRDefault="00996D25" w:rsidP="00996D25">
            <w:pPr>
              <w:spacing w:after="0" w:line="240" w:lineRule="auto"/>
              <w:rPr>
                <w:rFonts w:ascii="Yu Gothic" w:eastAsia="Yu Gothic" w:hAnsi="Yu Gothic"/>
              </w:rPr>
            </w:pPr>
          </w:p>
        </w:tc>
      </w:tr>
    </w:tbl>
    <w:p w14:paraId="0F727644" w14:textId="77777777" w:rsidR="00A41DCF" w:rsidRPr="000C4DE6" w:rsidRDefault="00A41DCF">
      <w:pPr>
        <w:rPr>
          <w:rFonts w:ascii="Yu Gothic" w:eastAsia="Yu Gothic" w:hAnsi="Yu Gothic"/>
        </w:rPr>
      </w:pPr>
    </w:p>
    <w:tbl>
      <w:tblPr>
        <w:tblW w:w="10045" w:type="dxa"/>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245"/>
        <w:gridCol w:w="4111"/>
        <w:gridCol w:w="3689"/>
      </w:tblGrid>
      <w:tr w:rsidR="00A41DCF" w:rsidRPr="00C057F1" w14:paraId="0544845C" w14:textId="77777777" w:rsidTr="00E15828">
        <w:trPr>
          <w:trHeight w:val="397"/>
          <w:jc w:val="center"/>
        </w:trPr>
        <w:tc>
          <w:tcPr>
            <w:tcW w:w="10045" w:type="dxa"/>
            <w:gridSpan w:val="3"/>
            <w:shd w:val="clear" w:color="auto" w:fill="D9EAF7"/>
            <w:vAlign w:val="center"/>
          </w:tcPr>
          <w:p w14:paraId="352FC926" w14:textId="77777777" w:rsidR="00A41DCF" w:rsidRPr="00436F4F" w:rsidRDefault="00000000" w:rsidP="00436F4F">
            <w:pPr>
              <w:spacing w:beforeLines="50" w:before="120" w:afterLines="50" w:after="120" w:line="240" w:lineRule="auto"/>
              <w:rPr>
                <w:rFonts w:ascii="Yu Gothic" w:eastAsia="Yu Gothic" w:hAnsi="Yu Gothic"/>
                <w:sz w:val="19"/>
                <w:szCs w:val="19"/>
                <w:lang w:eastAsia="ja-JP"/>
              </w:rPr>
            </w:pPr>
            <w:r w:rsidRPr="00436F4F">
              <w:rPr>
                <w:rFonts w:ascii="Yu Gothic" w:eastAsia="Yu Gothic" w:hAnsi="Yu Gothic"/>
                <w:b/>
                <w:sz w:val="19"/>
                <w:szCs w:val="19"/>
                <w:lang w:eastAsia="ja-JP"/>
              </w:rPr>
              <w:t>有珠火山や地域に関する主な学習・活動・経験</w:t>
            </w:r>
          </w:p>
        </w:tc>
      </w:tr>
      <w:tr w:rsidR="00A41DCF" w:rsidRPr="000C4DE6" w14:paraId="2396CFE4" w14:textId="77777777" w:rsidTr="00E15828">
        <w:trPr>
          <w:trHeight w:hRule="exact" w:val="539"/>
          <w:tblHeader/>
          <w:jc w:val="center"/>
        </w:trPr>
        <w:tc>
          <w:tcPr>
            <w:tcW w:w="2245" w:type="dxa"/>
            <w:shd w:val="clear" w:color="auto" w:fill="F2F2F2"/>
            <w:vAlign w:val="center"/>
          </w:tcPr>
          <w:p w14:paraId="309670D3" w14:textId="77777777" w:rsidR="00A41DCF" w:rsidRPr="006157DB" w:rsidRDefault="00000000" w:rsidP="00436F4F">
            <w:pPr>
              <w:spacing w:after="0" w:line="240" w:lineRule="auto"/>
              <w:jc w:val="center"/>
              <w:rPr>
                <w:rFonts w:ascii="Yu Gothic" w:eastAsia="Yu Gothic" w:hAnsi="Yu Gothic"/>
                <w:sz w:val="19"/>
                <w:szCs w:val="19"/>
              </w:rPr>
            </w:pPr>
            <w:proofErr w:type="spellStart"/>
            <w:r w:rsidRPr="006157DB">
              <w:rPr>
                <w:rFonts w:ascii="Yu Gothic" w:eastAsia="Yu Gothic" w:hAnsi="Yu Gothic"/>
                <w:b/>
                <w:sz w:val="19"/>
                <w:szCs w:val="19"/>
              </w:rPr>
              <w:t>時期</w:t>
            </w:r>
            <w:proofErr w:type="spellEnd"/>
          </w:p>
        </w:tc>
        <w:tc>
          <w:tcPr>
            <w:tcW w:w="4111" w:type="dxa"/>
            <w:shd w:val="clear" w:color="auto" w:fill="F2F2F2"/>
            <w:vAlign w:val="center"/>
          </w:tcPr>
          <w:p w14:paraId="1673195C" w14:textId="77777777" w:rsidR="00A41DCF" w:rsidRPr="006157DB" w:rsidRDefault="00000000" w:rsidP="00436F4F">
            <w:pPr>
              <w:spacing w:after="0" w:line="240" w:lineRule="auto"/>
              <w:jc w:val="center"/>
              <w:rPr>
                <w:rFonts w:ascii="Yu Gothic" w:eastAsia="Yu Gothic" w:hAnsi="Yu Gothic"/>
                <w:sz w:val="19"/>
                <w:szCs w:val="19"/>
              </w:rPr>
            </w:pPr>
            <w:proofErr w:type="spellStart"/>
            <w:r w:rsidRPr="006157DB">
              <w:rPr>
                <w:rFonts w:ascii="Yu Gothic" w:eastAsia="Yu Gothic" w:hAnsi="Yu Gothic"/>
                <w:b/>
                <w:sz w:val="19"/>
                <w:szCs w:val="19"/>
              </w:rPr>
              <w:t>行事名・活動名など</w:t>
            </w:r>
            <w:proofErr w:type="spellEnd"/>
          </w:p>
        </w:tc>
        <w:tc>
          <w:tcPr>
            <w:tcW w:w="3689" w:type="dxa"/>
            <w:shd w:val="clear" w:color="auto" w:fill="F2F2F2"/>
            <w:vAlign w:val="center"/>
          </w:tcPr>
          <w:p w14:paraId="58A09591" w14:textId="77777777" w:rsidR="00A41DCF" w:rsidRPr="006157DB" w:rsidRDefault="00000000" w:rsidP="00436F4F">
            <w:pPr>
              <w:spacing w:after="0" w:line="240" w:lineRule="auto"/>
              <w:jc w:val="center"/>
              <w:rPr>
                <w:rFonts w:ascii="Yu Gothic" w:eastAsia="Yu Gothic" w:hAnsi="Yu Gothic"/>
                <w:sz w:val="19"/>
                <w:szCs w:val="19"/>
                <w:lang w:eastAsia="ja-JP"/>
              </w:rPr>
            </w:pPr>
            <w:r w:rsidRPr="006157DB">
              <w:rPr>
                <w:rFonts w:ascii="Yu Gothic" w:eastAsia="Yu Gothic" w:hAnsi="Yu Gothic"/>
                <w:b/>
                <w:sz w:val="19"/>
                <w:szCs w:val="19"/>
                <w:lang w:eastAsia="ja-JP"/>
              </w:rPr>
              <w:t>内容・役割・得た経験など</w:t>
            </w:r>
          </w:p>
        </w:tc>
      </w:tr>
      <w:tr w:rsidR="00A41DCF" w:rsidRPr="000C4DE6" w14:paraId="41119D39" w14:textId="77777777" w:rsidTr="00E15828">
        <w:trPr>
          <w:trHeight w:hRule="exact" w:val="481"/>
          <w:jc w:val="center"/>
        </w:trPr>
        <w:tc>
          <w:tcPr>
            <w:tcW w:w="2245" w:type="dxa"/>
            <w:vAlign w:val="center"/>
          </w:tcPr>
          <w:p w14:paraId="6BB22D1A" w14:textId="5610CBAA"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lang w:eastAsia="ja-JP"/>
              </w:rPr>
              <w:t xml:space="preserve">　　　</w:t>
            </w:r>
            <w:r w:rsidRPr="00436F4F">
              <w:rPr>
                <w:rFonts w:ascii="Yu Gothic" w:eastAsia="Yu Gothic" w:hAnsi="Yu Gothic"/>
                <w:szCs w:val="20"/>
              </w:rPr>
              <w:t>年　　月</w:t>
            </w:r>
          </w:p>
        </w:tc>
        <w:tc>
          <w:tcPr>
            <w:tcW w:w="4111" w:type="dxa"/>
            <w:vAlign w:val="center"/>
          </w:tcPr>
          <w:p w14:paraId="2D791F08"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1AA82EA1" w14:textId="77777777" w:rsidR="00A41DCF" w:rsidRPr="00436F4F" w:rsidRDefault="00A41DCF">
            <w:pPr>
              <w:spacing w:after="0" w:line="240" w:lineRule="auto"/>
              <w:rPr>
                <w:rFonts w:ascii="Yu Gothic" w:eastAsia="Yu Gothic" w:hAnsi="Yu Gothic"/>
                <w:szCs w:val="20"/>
              </w:rPr>
            </w:pPr>
          </w:p>
        </w:tc>
      </w:tr>
      <w:tr w:rsidR="00A41DCF" w:rsidRPr="000C4DE6" w14:paraId="5800882E" w14:textId="77777777" w:rsidTr="00E15828">
        <w:trPr>
          <w:trHeight w:hRule="exact" w:val="481"/>
          <w:jc w:val="center"/>
        </w:trPr>
        <w:tc>
          <w:tcPr>
            <w:tcW w:w="2245" w:type="dxa"/>
            <w:vAlign w:val="center"/>
          </w:tcPr>
          <w:p w14:paraId="5BC9592A"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566E88B5"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697F6988" w14:textId="77777777" w:rsidR="00A41DCF" w:rsidRPr="00436F4F" w:rsidRDefault="00A41DCF">
            <w:pPr>
              <w:spacing w:after="0" w:line="240" w:lineRule="auto"/>
              <w:rPr>
                <w:rFonts w:ascii="Yu Gothic" w:eastAsia="Yu Gothic" w:hAnsi="Yu Gothic"/>
                <w:szCs w:val="20"/>
              </w:rPr>
            </w:pPr>
          </w:p>
        </w:tc>
      </w:tr>
      <w:tr w:rsidR="00A41DCF" w:rsidRPr="000C4DE6" w14:paraId="7B9CA2CE" w14:textId="77777777" w:rsidTr="00E15828">
        <w:trPr>
          <w:trHeight w:hRule="exact" w:val="481"/>
          <w:jc w:val="center"/>
        </w:trPr>
        <w:tc>
          <w:tcPr>
            <w:tcW w:w="2245" w:type="dxa"/>
            <w:vAlign w:val="center"/>
          </w:tcPr>
          <w:p w14:paraId="27753DA1"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57CA1910"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7F3050E7" w14:textId="77777777" w:rsidR="00A41DCF" w:rsidRPr="00436F4F" w:rsidRDefault="00A41DCF">
            <w:pPr>
              <w:spacing w:after="0" w:line="240" w:lineRule="auto"/>
              <w:rPr>
                <w:rFonts w:ascii="Yu Gothic" w:eastAsia="Yu Gothic" w:hAnsi="Yu Gothic"/>
                <w:szCs w:val="20"/>
              </w:rPr>
            </w:pPr>
          </w:p>
        </w:tc>
      </w:tr>
      <w:tr w:rsidR="00A41DCF" w:rsidRPr="000C4DE6" w14:paraId="5614502D" w14:textId="77777777" w:rsidTr="00E15828">
        <w:trPr>
          <w:trHeight w:hRule="exact" w:val="481"/>
          <w:jc w:val="center"/>
        </w:trPr>
        <w:tc>
          <w:tcPr>
            <w:tcW w:w="2245" w:type="dxa"/>
            <w:vAlign w:val="center"/>
          </w:tcPr>
          <w:p w14:paraId="431EA076"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08FEB0CD"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2DD16B76" w14:textId="77777777" w:rsidR="00A41DCF" w:rsidRPr="00436F4F" w:rsidRDefault="00A41DCF">
            <w:pPr>
              <w:spacing w:after="0" w:line="240" w:lineRule="auto"/>
              <w:rPr>
                <w:rFonts w:ascii="Yu Gothic" w:eastAsia="Yu Gothic" w:hAnsi="Yu Gothic"/>
                <w:szCs w:val="20"/>
              </w:rPr>
            </w:pPr>
          </w:p>
        </w:tc>
      </w:tr>
      <w:tr w:rsidR="00A41DCF" w:rsidRPr="000C4DE6" w14:paraId="448EA29A" w14:textId="77777777" w:rsidTr="00E15828">
        <w:trPr>
          <w:trHeight w:hRule="exact" w:val="481"/>
          <w:jc w:val="center"/>
        </w:trPr>
        <w:tc>
          <w:tcPr>
            <w:tcW w:w="2245" w:type="dxa"/>
            <w:vAlign w:val="center"/>
          </w:tcPr>
          <w:p w14:paraId="6454C508"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2317B952"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602D4A77" w14:textId="77777777" w:rsidR="00A41DCF" w:rsidRPr="00436F4F" w:rsidRDefault="00A41DCF">
            <w:pPr>
              <w:spacing w:after="0" w:line="240" w:lineRule="auto"/>
              <w:rPr>
                <w:rFonts w:ascii="Yu Gothic" w:eastAsia="Yu Gothic" w:hAnsi="Yu Gothic"/>
                <w:szCs w:val="20"/>
              </w:rPr>
            </w:pPr>
          </w:p>
        </w:tc>
      </w:tr>
      <w:tr w:rsidR="00A41DCF" w:rsidRPr="000C4DE6" w14:paraId="5F5BD8BD" w14:textId="77777777" w:rsidTr="00E15828">
        <w:trPr>
          <w:trHeight w:hRule="exact" w:val="481"/>
          <w:jc w:val="center"/>
        </w:trPr>
        <w:tc>
          <w:tcPr>
            <w:tcW w:w="2245" w:type="dxa"/>
            <w:vAlign w:val="center"/>
          </w:tcPr>
          <w:p w14:paraId="2F00D2F3"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4DA9886C"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7BE37065" w14:textId="77777777" w:rsidR="00A41DCF" w:rsidRPr="00436F4F" w:rsidRDefault="00A41DCF">
            <w:pPr>
              <w:spacing w:after="0" w:line="240" w:lineRule="auto"/>
              <w:rPr>
                <w:rFonts w:ascii="Yu Gothic" w:eastAsia="Yu Gothic" w:hAnsi="Yu Gothic"/>
                <w:szCs w:val="20"/>
              </w:rPr>
            </w:pPr>
          </w:p>
        </w:tc>
      </w:tr>
      <w:tr w:rsidR="00A41DCF" w:rsidRPr="000C4DE6" w14:paraId="3B938DB7" w14:textId="77777777" w:rsidTr="00E15828">
        <w:trPr>
          <w:trHeight w:hRule="exact" w:val="481"/>
          <w:jc w:val="center"/>
        </w:trPr>
        <w:tc>
          <w:tcPr>
            <w:tcW w:w="2245" w:type="dxa"/>
            <w:vAlign w:val="center"/>
          </w:tcPr>
          <w:p w14:paraId="6196A2D9"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6AF25704"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6E011BC7" w14:textId="77777777" w:rsidR="00A41DCF" w:rsidRPr="00436F4F" w:rsidRDefault="00A41DCF">
            <w:pPr>
              <w:spacing w:after="0" w:line="240" w:lineRule="auto"/>
              <w:rPr>
                <w:rFonts w:ascii="Yu Gothic" w:eastAsia="Yu Gothic" w:hAnsi="Yu Gothic"/>
                <w:szCs w:val="20"/>
              </w:rPr>
            </w:pPr>
          </w:p>
        </w:tc>
      </w:tr>
      <w:tr w:rsidR="00A41DCF" w:rsidRPr="000C4DE6" w14:paraId="2EA3772C" w14:textId="77777777" w:rsidTr="00E15828">
        <w:trPr>
          <w:trHeight w:hRule="exact" w:val="481"/>
          <w:jc w:val="center"/>
        </w:trPr>
        <w:tc>
          <w:tcPr>
            <w:tcW w:w="2245" w:type="dxa"/>
            <w:vAlign w:val="center"/>
          </w:tcPr>
          <w:p w14:paraId="26B07907"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5B1FC953"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6D7B4F70" w14:textId="77777777" w:rsidR="00A41DCF" w:rsidRPr="00436F4F" w:rsidRDefault="00A41DCF">
            <w:pPr>
              <w:spacing w:after="0" w:line="240" w:lineRule="auto"/>
              <w:rPr>
                <w:rFonts w:ascii="Yu Gothic" w:eastAsia="Yu Gothic" w:hAnsi="Yu Gothic"/>
                <w:szCs w:val="20"/>
              </w:rPr>
            </w:pPr>
          </w:p>
        </w:tc>
      </w:tr>
      <w:tr w:rsidR="00A41DCF" w:rsidRPr="000C4DE6" w14:paraId="27902F98" w14:textId="77777777" w:rsidTr="00E15828">
        <w:trPr>
          <w:trHeight w:hRule="exact" w:val="481"/>
          <w:jc w:val="center"/>
        </w:trPr>
        <w:tc>
          <w:tcPr>
            <w:tcW w:w="2245" w:type="dxa"/>
            <w:vAlign w:val="center"/>
          </w:tcPr>
          <w:p w14:paraId="501F93A6"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667017C7"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754D0A47" w14:textId="77777777" w:rsidR="00A41DCF" w:rsidRPr="00436F4F" w:rsidRDefault="00A41DCF">
            <w:pPr>
              <w:spacing w:after="0" w:line="240" w:lineRule="auto"/>
              <w:rPr>
                <w:rFonts w:ascii="Yu Gothic" w:eastAsia="Yu Gothic" w:hAnsi="Yu Gothic"/>
                <w:szCs w:val="20"/>
              </w:rPr>
            </w:pPr>
          </w:p>
        </w:tc>
      </w:tr>
      <w:tr w:rsidR="00A41DCF" w:rsidRPr="000C4DE6" w14:paraId="62CB818D" w14:textId="77777777" w:rsidTr="00E15828">
        <w:trPr>
          <w:trHeight w:hRule="exact" w:val="481"/>
          <w:jc w:val="center"/>
        </w:trPr>
        <w:tc>
          <w:tcPr>
            <w:tcW w:w="2245" w:type="dxa"/>
            <w:vAlign w:val="center"/>
          </w:tcPr>
          <w:p w14:paraId="617E9FFA" w14:textId="77777777" w:rsidR="00A41DCF" w:rsidRPr="00436F4F" w:rsidRDefault="00000000">
            <w:pPr>
              <w:spacing w:after="0" w:line="240" w:lineRule="auto"/>
              <w:jc w:val="center"/>
              <w:rPr>
                <w:rFonts w:ascii="Yu Gothic" w:eastAsia="Yu Gothic" w:hAnsi="Yu Gothic"/>
                <w:szCs w:val="20"/>
              </w:rPr>
            </w:pPr>
            <w:r w:rsidRPr="00436F4F">
              <w:rPr>
                <w:rFonts w:ascii="Yu Gothic" w:eastAsia="Yu Gothic" w:hAnsi="Yu Gothic"/>
                <w:szCs w:val="20"/>
              </w:rPr>
              <w:t xml:space="preserve">　　　年　　月</w:t>
            </w:r>
          </w:p>
        </w:tc>
        <w:tc>
          <w:tcPr>
            <w:tcW w:w="4111" w:type="dxa"/>
            <w:vAlign w:val="center"/>
          </w:tcPr>
          <w:p w14:paraId="51CC17C8" w14:textId="77777777" w:rsidR="00A41DCF" w:rsidRPr="00436F4F" w:rsidRDefault="00A41DCF">
            <w:pPr>
              <w:spacing w:after="0" w:line="240" w:lineRule="auto"/>
              <w:rPr>
                <w:rFonts w:ascii="Yu Gothic" w:eastAsia="Yu Gothic" w:hAnsi="Yu Gothic"/>
                <w:szCs w:val="20"/>
              </w:rPr>
            </w:pPr>
          </w:p>
        </w:tc>
        <w:tc>
          <w:tcPr>
            <w:tcW w:w="3689" w:type="dxa"/>
            <w:vAlign w:val="center"/>
          </w:tcPr>
          <w:p w14:paraId="1DB924F5" w14:textId="77777777" w:rsidR="00A41DCF" w:rsidRPr="00436F4F" w:rsidRDefault="00A41DCF">
            <w:pPr>
              <w:spacing w:after="0" w:line="240" w:lineRule="auto"/>
              <w:rPr>
                <w:rFonts w:ascii="Yu Gothic" w:eastAsia="Yu Gothic" w:hAnsi="Yu Gothic"/>
                <w:szCs w:val="20"/>
              </w:rPr>
            </w:pPr>
          </w:p>
        </w:tc>
      </w:tr>
    </w:tbl>
    <w:p w14:paraId="3E586B80" w14:textId="6120DB93" w:rsidR="00436F4F" w:rsidRPr="00436F4F" w:rsidRDefault="00000000" w:rsidP="00436F4F">
      <w:pPr>
        <w:spacing w:beforeLines="50" w:before="120" w:afterLines="50" w:after="120" w:line="240" w:lineRule="auto"/>
        <w:rPr>
          <w:rFonts w:ascii="Yu Gothic" w:eastAsia="Yu Gothic" w:hAnsi="Yu Gothic"/>
          <w:sz w:val="16"/>
          <w:szCs w:val="16"/>
          <w:lang w:eastAsia="ja-JP"/>
        </w:rPr>
      </w:pPr>
      <w:r w:rsidRPr="00436F4F">
        <w:rPr>
          <w:rFonts w:ascii="Yu Gothic" w:eastAsia="Yu Gothic" w:hAnsi="Yu Gothic"/>
          <w:sz w:val="16"/>
          <w:szCs w:val="16"/>
          <w:lang w:eastAsia="ja-JP"/>
        </w:rPr>
        <w:t>記入の参考：地元の火山学習会・防災活動への参加、火山ガイドの経験、地域活動、噴火災害の体験や聞き取り、教育・観光・福祉・行政などの経験のうち、火山マイスターとしての活動に生かせるものを記入してください。</w:t>
      </w:r>
    </w:p>
    <w:p w14:paraId="12079FF8" w14:textId="77777777" w:rsidR="00A41DCF" w:rsidRPr="00436F4F" w:rsidRDefault="00000000" w:rsidP="00436F4F">
      <w:pPr>
        <w:spacing w:beforeLines="50" w:before="120" w:afterLines="50" w:after="120" w:line="240" w:lineRule="auto"/>
        <w:rPr>
          <w:rFonts w:ascii="Yu Gothic" w:eastAsia="Yu Gothic" w:hAnsi="Yu Gothic"/>
          <w:sz w:val="16"/>
          <w:szCs w:val="16"/>
          <w:lang w:eastAsia="ja-JP"/>
        </w:rPr>
      </w:pPr>
      <w:r w:rsidRPr="00436F4F">
        <w:rPr>
          <w:rFonts w:ascii="Yu Gothic" w:eastAsia="Yu Gothic" w:hAnsi="Yu Gothic"/>
          <w:sz w:val="16"/>
          <w:szCs w:val="16"/>
          <w:lang w:eastAsia="ja-JP"/>
        </w:rPr>
        <w:t>記入欄が足りない場合は、行を追加するか、別紙を添付してください。</w:t>
      </w:r>
    </w:p>
    <w:p w14:paraId="4990A451" w14:textId="77777777" w:rsidR="00A41DCF" w:rsidRPr="00436F4F" w:rsidRDefault="00000000" w:rsidP="00436F4F">
      <w:pPr>
        <w:spacing w:beforeLines="50" w:before="120" w:afterLines="50" w:after="120" w:line="240" w:lineRule="auto"/>
        <w:rPr>
          <w:rFonts w:ascii="Yu Gothic" w:eastAsia="Yu Gothic" w:hAnsi="Yu Gothic"/>
          <w:sz w:val="16"/>
          <w:szCs w:val="16"/>
          <w:lang w:eastAsia="ja-JP"/>
        </w:rPr>
      </w:pPr>
      <w:r w:rsidRPr="00436F4F">
        <w:rPr>
          <w:rFonts w:ascii="Yu Gothic" w:eastAsia="Yu Gothic" w:hAnsi="Yu Gothic"/>
          <w:sz w:val="16"/>
          <w:szCs w:val="16"/>
          <w:lang w:eastAsia="ja-JP"/>
        </w:rPr>
        <w:t>個人情報の取扱い：記載された内容および個人情報は、関係法令に基づき適切に取り扱い、洞爺湖有珠火山マイスター認定審査以外の目的には使用しません。</w:t>
      </w:r>
    </w:p>
    <w:sectPr w:rsidR="00A41DCF" w:rsidRPr="00436F4F" w:rsidSect="00034616">
      <w:pgSz w:w="11906" w:h="16838"/>
      <w:pgMar w:top="850"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107917533">
    <w:abstractNumId w:val="8"/>
  </w:num>
  <w:num w:numId="2" w16cid:durableId="305204872">
    <w:abstractNumId w:val="6"/>
  </w:num>
  <w:num w:numId="3" w16cid:durableId="444858452">
    <w:abstractNumId w:val="5"/>
  </w:num>
  <w:num w:numId="4" w16cid:durableId="2124884137">
    <w:abstractNumId w:val="4"/>
  </w:num>
  <w:num w:numId="5" w16cid:durableId="2056657206">
    <w:abstractNumId w:val="7"/>
  </w:num>
  <w:num w:numId="6" w16cid:durableId="310523095">
    <w:abstractNumId w:val="3"/>
  </w:num>
  <w:num w:numId="7" w16cid:durableId="757096993">
    <w:abstractNumId w:val="2"/>
  </w:num>
  <w:num w:numId="8" w16cid:durableId="88159728">
    <w:abstractNumId w:val="1"/>
  </w:num>
  <w:num w:numId="9" w16cid:durableId="147476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9DF"/>
    <w:rsid w:val="00034616"/>
    <w:rsid w:val="0006063C"/>
    <w:rsid w:val="000C4DE6"/>
    <w:rsid w:val="000C77F9"/>
    <w:rsid w:val="0015074B"/>
    <w:rsid w:val="001E6351"/>
    <w:rsid w:val="00293587"/>
    <w:rsid w:val="0029639D"/>
    <w:rsid w:val="002E6857"/>
    <w:rsid w:val="00326F90"/>
    <w:rsid w:val="00396020"/>
    <w:rsid w:val="00436F4F"/>
    <w:rsid w:val="00476B1B"/>
    <w:rsid w:val="004C047F"/>
    <w:rsid w:val="00597094"/>
    <w:rsid w:val="006157DB"/>
    <w:rsid w:val="00725A8C"/>
    <w:rsid w:val="008C59B1"/>
    <w:rsid w:val="00957A00"/>
    <w:rsid w:val="00996D25"/>
    <w:rsid w:val="00A31606"/>
    <w:rsid w:val="00A41DCF"/>
    <w:rsid w:val="00A66B72"/>
    <w:rsid w:val="00AA1D8D"/>
    <w:rsid w:val="00AD193F"/>
    <w:rsid w:val="00B31E12"/>
    <w:rsid w:val="00B47730"/>
    <w:rsid w:val="00C057F1"/>
    <w:rsid w:val="00C97611"/>
    <w:rsid w:val="00CB0664"/>
    <w:rsid w:val="00E15828"/>
    <w:rsid w:val="00EC2554"/>
    <w:rsid w:val="00F931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6AC3458"/>
  <w14:defaultImageDpi w14:val="300"/>
  <w15:docId w15:val="{E23E076D-5AD9-4D83-9DB2-A81FC263B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1E12"/>
    <w:rPr>
      <w:rFonts w:ascii="Noto Sans CJK JP" w:eastAsia="Noto Sans CJK JP" w:hAnsi="Noto Sans CJK JP"/>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5</Pages>
  <Words>212</Words>
  <Characters>1215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geoprk toya-usu</cp:lastModifiedBy>
  <cp:revision>8</cp:revision>
  <dcterms:created xsi:type="dcterms:W3CDTF">2013-12-23T23:15:00Z</dcterms:created>
  <dcterms:modified xsi:type="dcterms:W3CDTF">2026-08-20T05:55:00Z</dcterms:modified>
  <cp:category/>
</cp:coreProperties>
</file>